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W w:w="11790" w:type="dxa"/>
        <w:jc w:val="center"/>
        <w:tblLook w:val="04A0" w:firstRow="1" w:lastRow="0" w:firstColumn="1" w:lastColumn="0" w:noHBand="0" w:noVBand="1"/>
      </w:tblPr>
      <w:tblGrid>
        <w:gridCol w:w="7325"/>
        <w:gridCol w:w="2047"/>
        <w:gridCol w:w="2418"/>
      </w:tblGrid>
      <w:tr w:rsidR="00277259" w:rsidTr="00D51B0A" w14:paraId="4202FAAA" w14:textId="77777777">
        <w:trPr>
          <w:jc w:val="center"/>
        </w:trPr>
        <w:tc>
          <w:tcPr>
            <w:tcW w:w="11790" w:type="dxa"/>
            <w:gridSpan w:val="3"/>
            <w:shd w:val="clear" w:color="auto" w:fill="4F6D8A"/>
          </w:tcPr>
          <w:p w:rsidR="00277259" w:rsidP="00F86CCC" w:rsidRDefault="00000000" w14:paraId="5583C965" w14:textId="0E926A49">
            <w:pPr>
              <w:rPr>
                <w:color w:val="FFFFFF" w:themeColor="background1"/>
                <w:sz w:val="18"/>
              </w:rPr>
            </w:pPr>
            <w:r w:rsidRPr="00081409">
              <w:rPr>
                <w:b/>
                <w:color w:val="FFFFFF" w:themeColor="background1"/>
                <w:sz w:val="52"/>
              </w:rPr>
              <w:t>ANTHONY TURNER</w:t>
            </w:r>
            <w:r w:rsidRPr="00081409">
              <w:rPr>
                <w:b/>
                <w:color w:val="FFFFFF" w:themeColor="background1"/>
                <w:sz w:val="52"/>
              </w:rPr>
              <w:br/>
            </w:r>
            <w:r w:rsidRPr="00F86CCC">
              <w:rPr>
                <w:rStyle w:val="Heading2Char"/>
                <w:color w:val="FFFFFF" w:themeColor="background1"/>
              </w:rPr>
              <w:t>FULL-STACK DEVELOPER</w:t>
            </w:r>
            <w:r w:rsidRPr="00081409">
              <w:rPr>
                <w:b/>
                <w:color w:val="FFFFFF" w:themeColor="background1"/>
                <w:sz w:val="24"/>
              </w:rPr>
              <w:br/>
            </w:r>
          </w:p>
          <w:p w:rsidR="002608A3" w:rsidP="00F86CCC" w:rsidRDefault="00F86CCC" w14:paraId="3610EA8D" w14:textId="79866D7F">
            <w:pPr>
              <w:jc w:val="center"/>
            </w:pPr>
            <w:r w:rsidRPr="00081409">
              <w:rPr>
                <w:color w:val="FFFFFF" w:themeColor="background1"/>
                <w:sz w:val="18"/>
              </w:rPr>
              <w:t>anthonybturner@icloud.com | 518-475-8019 | Kingston, NY</w:t>
            </w:r>
            <w:r w:rsidRPr="00F64C1B">
              <w:rPr>
                <w:color w:val="FFFFFF" w:themeColor="background1"/>
                <w:sz w:val="18"/>
              </w:rPr>
              <w:t xml:space="preserve"> </w:t>
            </w:r>
            <w:r>
              <w:rPr>
                <w:color w:val="FFFFFF" w:themeColor="background1"/>
                <w:sz w:val="18"/>
              </w:rPr>
              <w:t xml:space="preserve">| </w:t>
            </w:r>
            <w:hyperlink w:history="1" r:id="rId6">
              <w:r w:rsidRPr="00F64C1B" w:rsidR="002608A3">
                <w:rPr>
                  <w:rStyle w:val="Hyperlink"/>
                  <w:color w:val="FFFFFF" w:themeColor="background1"/>
                  <w:sz w:val="18"/>
                </w:rPr>
                <w:t>LinkedIn</w:t>
              </w:r>
            </w:hyperlink>
            <w:r w:rsidRPr="00F64C1B" w:rsidR="00F64C1B">
              <w:rPr>
                <w:color w:val="FFFFFF" w:themeColor="background1"/>
                <w:sz w:val="18"/>
              </w:rPr>
              <w:t xml:space="preserve"> </w:t>
            </w:r>
            <w:hyperlink w:history="1" r:id="rId7">
              <w:r w:rsidRPr="00F64C1B" w:rsidR="00F64C1B">
                <w:rPr>
                  <w:rStyle w:val="Hyperlink"/>
                  <w:color w:val="FFFFFF" w:themeColor="background1"/>
                  <w:sz w:val="18"/>
                </w:rPr>
                <w:t>Portfolio</w:t>
              </w:r>
            </w:hyperlink>
          </w:p>
        </w:tc>
      </w:tr>
      <w:tr w:rsidR="006B4E92" w:rsidTr="00D51B0A" w14:paraId="00920A16" w14:textId="77777777">
        <w:trPr>
          <w:jc w:val="center"/>
        </w:trPr>
        <w:tc>
          <w:tcPr>
            <w:tcW w:w="7290" w:type="dxa"/>
          </w:tcPr>
          <w:tbl>
            <w:tblPr>
              <w:tblStyle w:val="TableGrid"/>
              <w:tblW w:w="7109" w:type="dxa"/>
              <w:tblLook w:val="04A0" w:firstRow="1" w:lastRow="0" w:firstColumn="1" w:lastColumn="0" w:noHBand="0" w:noVBand="1"/>
            </w:tblPr>
            <w:tblGrid>
              <w:gridCol w:w="7109"/>
            </w:tblGrid>
            <w:tr w:rsidRPr="00F86CCC" w:rsidR="00F86CCC" w:rsidTr="00D51B0A" w14:paraId="57AB62B2" w14:textId="77777777">
              <w:trPr>
                <w:trHeight w:val="5844"/>
              </w:trPr>
              <w:tc>
                <w:tcPr>
                  <w:tcW w:w="7109" w:type="dxa"/>
                  <w:tcBorders>
                    <w:top w:val="nil"/>
                    <w:left w:val="nil"/>
                    <w:bottom w:val="nil"/>
                    <w:right w:val="nil"/>
                  </w:tcBorders>
                  <w:shd w:val="clear" w:color="auto" w:fill="EDEDED" w:themeFill="accent3" w:themeFillTint="33"/>
                </w:tcPr>
                <w:p w:rsidR="00F86CCC" w:rsidP="00336703" w:rsidRDefault="00F86CCC" w14:paraId="60B98E45" w14:textId="77777777">
                  <w:pPr>
                    <w:pStyle w:val="Heading1"/>
                    <w:rPr>
                      <w:b/>
                      <w:bCs/>
                    </w:rPr>
                  </w:pPr>
                  <w:r w:rsidRPr="00F86CCC">
                    <w:rPr>
                      <w:b/>
                      <w:bCs/>
                    </w:rPr>
                    <w:t>PROFESSIONAL SUMMARY</w:t>
                  </w:r>
                </w:p>
                <w:p w:rsidRPr="00F86CCC" w:rsidR="00F86CCC" w:rsidP="00F86CCC" w:rsidRDefault="00F86CCC" w14:paraId="4993E061" w14:textId="77777777">
                  <w:pPr>
                    <w:rPr>
                      <w:b/>
                      <w:bCs/>
                      <w:i/>
                      <w:iCs/>
                    </w:rPr>
                  </w:pPr>
                  <w:r w:rsidRPr="00F86CCC">
                    <w:rPr>
                      <w:b/>
                      <w:bCs/>
                      <w:i/>
                      <w:iCs/>
                    </w:rPr>
                    <w:t>Results-driven Applications Developer with over 10+ years extensive experience in modernizing complex applications and developing scalable back-end solutions. Proficient in utilizing Angular, TypeScript, C#, ASP.NET 4.x and .NET Core to enhance application performance and user experience, particularly in the context of high-stakes projects for federal clients.</w:t>
                  </w:r>
                </w:p>
                <w:p w:rsidRPr="00F86CCC" w:rsidR="00F86CCC" w:rsidP="00D51B0A" w:rsidRDefault="00F86CCC" w14:paraId="1B3EEA33" w14:textId="4913D7FB">
                  <w:pPr>
                    <w:ind w:hanging="210"/>
                  </w:pPr>
                  <w:r w:rsidRPr="00F86CCC">
                    <w:rPr>
                      <w:b/>
                      <w:bCs/>
                      <w:i/>
                      <w:iCs/>
                    </w:rPr>
                    <w:br/>
                  </w:r>
                  <w:r w:rsidRPr="00F86CCC">
                    <w:rPr>
                      <w:b/>
                      <w:bCs/>
                      <w:i/>
                      <w:iCs/>
                    </w:rPr>
                    <w:t>Skilled in managing and building secure, cloud-based applications using Azure, demonstrating expertise in integrating technologies such as OAuth authentication and diverse database systems including SQL Server and PostgreSQL. Experienced in optimizing data reporting processes and ensuring data accuracy through rigorous development practices.</w:t>
                  </w:r>
                  <w:r w:rsidRPr="00F86CCC">
                    <w:rPr>
                      <w:b/>
                      <w:bCs/>
                      <w:i/>
                      <w:iCs/>
                    </w:rPr>
                    <w:br/>
                  </w:r>
                  <w:r w:rsidRPr="00F86CCC">
                    <w:rPr>
                      <w:b/>
                      <w:bCs/>
                      <w:i/>
                      <w:iCs/>
                    </w:rPr>
                    <w:br/>
                  </w:r>
                  <w:r w:rsidRPr="00F86CCC">
                    <w:rPr>
                      <w:b/>
                      <w:bCs/>
                      <w:i/>
                      <w:iCs/>
                    </w:rPr>
                    <w:t>Adept at collaborating within Agile environments, conducting code reviews, and maintaining high standards of code quality and documentation. Proven track record of migrating legacy systems to modern frameworks, establishing efficient CI/CD pipelines, and streamlining operations through process automation.</w:t>
                  </w:r>
                </w:p>
              </w:tc>
            </w:tr>
          </w:tbl>
          <w:p w:rsidR="006B4E92" w:rsidP="00D51B0A" w:rsidRDefault="006B4E92" w14:paraId="5960E173" w14:textId="30DFF821">
            <w:pPr>
              <w:ind w:left="-105" w:right="-2265" w:firstLine="105"/>
            </w:pPr>
          </w:p>
        </w:tc>
        <w:tc>
          <w:tcPr>
            <w:tcW w:w="2070" w:type="dxa"/>
          </w:tcPr>
          <w:p w:rsidR="006B4E92" w:rsidRDefault="006B4E92" w14:paraId="74B5D769" w14:textId="77777777">
            <w:pPr>
              <w:rPr>
                <w:rStyle w:val="SubtitleChar"/>
                <w:b/>
                <w:caps/>
                <w:color w:val="000000" w:themeColor="text1"/>
              </w:rPr>
            </w:pPr>
          </w:p>
        </w:tc>
        <w:tc>
          <w:tcPr>
            <w:tcW w:w="2430" w:type="dxa"/>
            <w:shd w:val="clear" w:color="auto" w:fill="D6E0EA"/>
          </w:tcPr>
          <w:p w:rsidR="00F64C1B" w:rsidP="002608A3" w:rsidRDefault="00F64C1B" w14:paraId="3C870850" w14:textId="77777777">
            <w:pPr>
              <w:rPr>
                <w:b/>
              </w:rPr>
            </w:pPr>
          </w:p>
          <w:p w:rsidRPr="002608A3" w:rsidR="002608A3" w:rsidP="002608A3" w:rsidRDefault="002608A3" w14:paraId="46575756" w14:textId="45C548CF">
            <w:r w:rsidRPr="002608A3">
              <w:rPr>
                <w:b/>
              </w:rPr>
              <w:t>SKILLS</w:t>
            </w:r>
          </w:p>
          <w:p w:rsidRPr="002608A3" w:rsidR="002608A3" w:rsidP="002608A3" w:rsidRDefault="002608A3" w14:paraId="1FBE4667" w14:textId="77777777">
            <w:r w:rsidRPr="002608A3">
              <w:t>.NET Core (Experienced)</w:t>
            </w:r>
          </w:p>
          <w:p w:rsidRPr="002608A3" w:rsidR="002608A3" w:rsidP="002608A3" w:rsidRDefault="002608A3" w14:paraId="619F8DD2" w14:textId="77777777">
            <w:r w:rsidRPr="002608A3">
              <w:t>Angular (Experienced)</w:t>
            </w:r>
          </w:p>
          <w:p w:rsidRPr="002608A3" w:rsidR="002608A3" w:rsidP="002608A3" w:rsidRDefault="002608A3" w14:paraId="4110982A" w14:textId="77777777">
            <w:r w:rsidRPr="002608A3">
              <w:t>JavaScript (Experienced)</w:t>
            </w:r>
          </w:p>
          <w:p w:rsidRPr="002608A3" w:rsidR="002608A3" w:rsidP="002608A3" w:rsidRDefault="002608A3" w14:paraId="34AA6C29" w14:textId="77777777">
            <w:r w:rsidRPr="002608A3">
              <w:t>TypeScript (Experienced)</w:t>
            </w:r>
          </w:p>
          <w:p w:rsidRPr="002608A3" w:rsidR="002608A3" w:rsidP="002608A3" w:rsidRDefault="002608A3" w14:paraId="09041FC3" w14:textId="77777777">
            <w:r w:rsidRPr="002608A3">
              <w:t>Node.js (Experienced)</w:t>
            </w:r>
          </w:p>
          <w:p w:rsidRPr="002608A3" w:rsidR="002608A3" w:rsidP="002608A3" w:rsidRDefault="002608A3" w14:paraId="7E433E86" w14:textId="77777777">
            <w:r w:rsidRPr="002608A3">
              <w:t>RESTful APIs (Experienced)</w:t>
            </w:r>
          </w:p>
          <w:p w:rsidRPr="002608A3" w:rsidR="002608A3" w:rsidP="002608A3" w:rsidRDefault="002608A3" w14:paraId="74C28DD7" w14:textId="77777777">
            <w:r w:rsidRPr="002608A3">
              <w:t>SQL Server (Experienced)</w:t>
            </w:r>
          </w:p>
          <w:p w:rsidRPr="002608A3" w:rsidR="002608A3" w:rsidP="002608A3" w:rsidRDefault="002608A3" w14:paraId="66C87859" w14:textId="77777777">
            <w:r w:rsidRPr="002608A3">
              <w:t>PostgreSQL (Experienced)</w:t>
            </w:r>
          </w:p>
          <w:p w:rsidRPr="002608A3" w:rsidR="002608A3" w:rsidP="002608A3" w:rsidRDefault="002608A3" w14:paraId="33BDE94A" w14:textId="77777777">
            <w:r w:rsidRPr="002608A3">
              <w:t>React (Beginner)</w:t>
            </w:r>
          </w:p>
          <w:p w:rsidRPr="002608A3" w:rsidR="002608A3" w:rsidP="002608A3" w:rsidRDefault="002608A3" w14:paraId="17AB987F" w14:textId="77777777">
            <w:r w:rsidRPr="002608A3">
              <w:t>Next.js (Beginner)</w:t>
            </w:r>
          </w:p>
          <w:p w:rsidRPr="002608A3" w:rsidR="002608A3" w:rsidP="002608A3" w:rsidRDefault="002608A3" w14:paraId="2D060718" w14:textId="77777777">
            <w:r w:rsidRPr="002608A3">
              <w:t>Docker (Experienced)</w:t>
            </w:r>
          </w:p>
          <w:p w:rsidR="006B4E92" w:rsidP="00F64C1B" w:rsidRDefault="002608A3" w14:paraId="7F15C0CA" w14:textId="6E531975">
            <w:r w:rsidRPr="002608A3">
              <w:t>CI/CD (Experienced)</w:t>
            </w:r>
          </w:p>
        </w:tc>
      </w:tr>
    </w:tbl>
    <w:p w:rsidR="00F86CCC" w:rsidP="00F86CCC" w:rsidRDefault="00F86CCC" w14:paraId="39C4BDF7" w14:textId="2E12CADF">
      <w:pPr>
        <w:pStyle w:val="Heading1"/>
      </w:pPr>
      <w:r w:rsidRPr="00F86CCC">
        <w:t>Employement</w:t>
      </w:r>
    </w:p>
    <w:p w:rsidR="00E64899" w:rsidP="00E64899" w:rsidRDefault="00E64899" w14:paraId="06B51099" w14:textId="311B4A60">
      <w:pPr>
        <w:tabs>
          <w:tab w:val="right" w:pos="8467"/>
        </w:tabs>
        <w:rPr>
          <w:rFonts w:asciiTheme="majorHAnsi" w:hAnsiTheme="majorHAnsi" w:eastAsiaTheme="majorEastAsia" w:cstheme="majorBidi"/>
          <w:b/>
          <w:caps/>
          <w:sz w:val="28"/>
          <w:szCs w:val="28"/>
        </w:rPr>
      </w:pPr>
      <w:r>
        <w:rPr>
          <w:rFonts w:asciiTheme="majorHAnsi" w:hAnsiTheme="majorHAnsi" w:eastAsiaTheme="majorEastAsia" w:cstheme="majorBidi"/>
          <w:b/>
          <w:caps/>
          <w:sz w:val="28"/>
          <w:szCs w:val="28"/>
        </w:rPr>
        <w:t>Applications Developer</w:t>
      </w:r>
      <w:r w:rsidRPr="00F86CCC">
        <w:rPr>
          <w:rStyle w:val="SubtitleChar"/>
          <w:color w:val="000000" w:themeColor="text1"/>
        </w:rPr>
        <w:t xml:space="preserve"> </w:t>
      </w:r>
      <w:r>
        <w:rPr>
          <w:rStyle w:val="SubtitleChar"/>
          <w:color w:val="000000" w:themeColor="text1"/>
        </w:rPr>
        <w:tab/>
      </w:r>
      <w:r>
        <w:rPr>
          <w:rStyle w:val="SubtitleChar"/>
          <w:color w:val="000000" w:themeColor="text1"/>
        </w:rPr>
        <w:tab/>
      </w:r>
      <w:proofErr w:type="spellStart"/>
      <w:r>
        <w:rPr>
          <w:rStyle w:val="SubtitleChar"/>
          <w:color w:val="000000" w:themeColor="text1"/>
        </w:rPr>
        <w:t>apr</w:t>
      </w:r>
      <w:proofErr w:type="spellEnd"/>
      <w:r w:rsidRPr="00081409">
        <w:rPr>
          <w:rStyle w:val="SubtitleChar"/>
          <w:color w:val="000000" w:themeColor="text1"/>
        </w:rPr>
        <w:t xml:space="preserve"> </w:t>
      </w:r>
      <w:r>
        <w:rPr>
          <w:rStyle w:val="SubtitleChar"/>
          <w:color w:val="000000" w:themeColor="text1"/>
        </w:rPr>
        <w:t>2025</w:t>
      </w:r>
      <w:r w:rsidRPr="00081409">
        <w:rPr>
          <w:rStyle w:val="SubtitleChar"/>
          <w:color w:val="000000" w:themeColor="text1"/>
        </w:rPr>
        <w:t xml:space="preserve"> – </w:t>
      </w:r>
      <w:r>
        <w:rPr>
          <w:rStyle w:val="SubtitleChar"/>
          <w:color w:val="000000" w:themeColor="text1"/>
        </w:rPr>
        <w:t>June</w:t>
      </w:r>
      <w:r w:rsidRPr="00081409">
        <w:rPr>
          <w:rStyle w:val="SubtitleChar"/>
          <w:color w:val="000000" w:themeColor="text1"/>
        </w:rPr>
        <w:t xml:space="preserve"> 202</w:t>
      </w:r>
      <w:r>
        <w:rPr>
          <w:rStyle w:val="SubtitleChar"/>
          <w:color w:val="000000" w:themeColor="text1"/>
        </w:rPr>
        <w:t>5</w:t>
      </w:r>
      <w:r>
        <w:rPr>
          <w:rStyle w:val="SubtitleChar"/>
          <w:color w:val="000000" w:themeColor="text1"/>
        </w:rPr>
        <w:tab/>
      </w:r>
    </w:p>
    <w:p w:rsidRPr="00081409" w:rsidR="00E64899" w:rsidP="00E64899" w:rsidRDefault="00E64899" w14:paraId="6B4A6B49" w14:textId="2CBDC134">
      <w:pPr>
        <w:tabs>
          <w:tab w:val="right" w:pos="8460"/>
        </w:tabs>
        <w:rPr>
          <w:rStyle w:val="SubtitleChar"/>
          <w:color w:val="000000" w:themeColor="text1"/>
        </w:rPr>
      </w:pPr>
      <w:proofErr w:type="spellStart"/>
      <w:r>
        <w:rPr>
          <w:rStyle w:val="SubtitleChar"/>
          <w:color w:val="000000" w:themeColor="text1"/>
        </w:rPr>
        <w:t>apptech</w:t>
      </w:r>
      <w:proofErr w:type="spellEnd"/>
      <w:r w:rsidRPr="002608A3">
        <w:rPr>
          <w:rStyle w:val="SubtitleChar"/>
          <w:color w:val="000000" w:themeColor="text1"/>
        </w:rPr>
        <w:t xml:space="preserve"> </w:t>
      </w:r>
      <w:r w:rsidRPr="00081409">
        <w:rPr>
          <w:rStyle w:val="SubtitleChar"/>
          <w:color w:val="000000" w:themeColor="text1"/>
        </w:rPr>
        <w:t>|</w:t>
      </w:r>
      <w:r>
        <w:rPr>
          <w:rStyle w:val="SubtitleChar"/>
          <w:color w:val="000000" w:themeColor="text1"/>
        </w:rPr>
        <w:t>Norwalk</w:t>
      </w:r>
      <w:r>
        <w:rPr>
          <w:rStyle w:val="SubtitleChar"/>
          <w:color w:val="000000" w:themeColor="text1"/>
        </w:rPr>
        <w:t xml:space="preserve">, </w:t>
      </w:r>
      <w:r>
        <w:rPr>
          <w:rStyle w:val="SubtitleChar"/>
          <w:color w:val="000000" w:themeColor="text1"/>
        </w:rPr>
        <w:t>CT</w:t>
      </w:r>
      <w:r>
        <w:rPr>
          <w:rStyle w:val="SubtitleChar"/>
          <w:color w:val="000000" w:themeColor="text1"/>
        </w:rPr>
        <w:t xml:space="preserve"> |</w:t>
      </w:r>
      <w:r>
        <w:rPr>
          <w:rStyle w:val="SubtitleChar"/>
          <w:color w:val="000000" w:themeColor="text1"/>
        </w:rPr>
        <w:t>hybrid</w:t>
      </w:r>
      <w:r>
        <w:rPr>
          <w:rStyle w:val="SubtitleChar"/>
          <w:color w:val="000000" w:themeColor="text1"/>
        </w:rPr>
        <w:tab/>
      </w:r>
      <w:r>
        <w:rPr>
          <w:rStyle w:val="SubtitleChar"/>
          <w:color w:val="000000" w:themeColor="text1"/>
        </w:rPr>
        <w:tab/>
      </w:r>
    </w:p>
    <w:p w:rsidR="00E64899" w:rsidP="00E64899" w:rsidRDefault="00E64899" w14:paraId="37A289D1" w14:textId="77777777">
      <w:pPr>
        <w:pStyle w:val="ListBullet"/>
        <w:numPr>
          <w:ilvl w:val="0"/>
          <w:numId w:val="18"/>
        </w:numPr>
        <w:spacing w:after="40" w:line="276" w:lineRule="auto"/>
      </w:pPr>
      <w:r w:rsidRPr="3161A125">
        <w:t>Modernized Angular/.NET Framework apps to Angular 19 with .NET Core.</w:t>
      </w:r>
    </w:p>
    <w:p w:rsidR="00E64899" w:rsidP="00E64899" w:rsidRDefault="00E64899" w14:paraId="4BC46373" w14:textId="77777777">
      <w:pPr>
        <w:pStyle w:val="ListBullet"/>
        <w:numPr>
          <w:ilvl w:val="0"/>
          <w:numId w:val="18"/>
        </w:numPr>
        <w:spacing w:after="40" w:line="276" w:lineRule="auto"/>
      </w:pPr>
      <w:r w:rsidRPr="3161A125">
        <w:t>Developed scalable back-end APIs using ASP.NET Core and C#.</w:t>
      </w:r>
    </w:p>
    <w:p w:rsidR="00E64899" w:rsidP="00E64899" w:rsidRDefault="00E64899" w14:paraId="5719B474" w14:textId="77777777">
      <w:pPr>
        <w:pStyle w:val="ListBullet"/>
        <w:numPr>
          <w:ilvl w:val="0"/>
          <w:numId w:val="18"/>
        </w:numPr>
        <w:spacing w:after="40" w:line="276" w:lineRule="auto"/>
      </w:pPr>
      <w:r w:rsidRPr="3161A125">
        <w:t xml:space="preserve">Developed reactive front-end functionality using Angular, TypeScript, </w:t>
      </w:r>
      <w:proofErr w:type="spellStart"/>
      <w:r w:rsidRPr="3161A125">
        <w:t>RxJS</w:t>
      </w:r>
      <w:proofErr w:type="spellEnd"/>
      <w:r w:rsidRPr="3161A125">
        <w:t>, Observables, async pipes, and Signals, enhancing interactivity, responsiveness, and maintainability.</w:t>
      </w:r>
    </w:p>
    <w:p w:rsidR="00E64899" w:rsidP="00E64899" w:rsidRDefault="00E64899" w14:paraId="7D3053BB" w14:textId="3A14CD1A">
      <w:pPr>
        <w:pStyle w:val="ListBullet"/>
        <w:numPr>
          <w:ilvl w:val="0"/>
          <w:numId w:val="18"/>
        </w:numPr>
        <w:spacing w:after="40" w:line="276" w:lineRule="auto"/>
      </w:pPr>
      <w:r w:rsidRPr="3161A125">
        <w:t>Integrated CI/CD pipelines in Azure DevOps for automated testing and deployments.</w:t>
      </w:r>
    </w:p>
    <w:p w:rsidR="00E64899" w:rsidP="00E64899" w:rsidRDefault="00E64899" w14:paraId="41F8B479" w14:textId="42091B9A">
      <w:pPr>
        <w:pStyle w:val="ListBullet"/>
        <w:numPr>
          <w:ilvl w:val="0"/>
          <w:numId w:val="18"/>
        </w:numPr>
        <w:spacing w:after="40" w:line="276" w:lineRule="auto"/>
      </w:pPr>
      <w:r w:rsidRPr="3161A125">
        <w:t>Used Atlassian Suite (Jira, Confluence, etc.) to manage tasks, track progress, and document</w:t>
      </w:r>
    </w:p>
    <w:p w:rsidRPr="00E64899" w:rsidR="00E64899" w:rsidP="00E64899" w:rsidRDefault="00E64899" w14:paraId="57202194" w14:textId="77777777"/>
    <w:p w:rsidR="00E64899" w:rsidP="00E64899" w:rsidRDefault="00E64899" w14:paraId="6712DA86" w14:textId="77777777">
      <w:pPr>
        <w:tabs>
          <w:tab w:val="right" w:pos="8467"/>
        </w:tabs>
        <w:rPr>
          <w:rFonts w:asciiTheme="majorHAnsi" w:hAnsiTheme="majorHAnsi" w:eastAsiaTheme="majorEastAsia" w:cstheme="majorBidi"/>
          <w:b/>
          <w:caps/>
          <w:sz w:val="28"/>
          <w:szCs w:val="28"/>
        </w:rPr>
      </w:pPr>
    </w:p>
    <w:p w:rsidR="00E64899" w:rsidP="00E64899" w:rsidRDefault="00E64899" w14:paraId="5B7779F7" w14:textId="77777777">
      <w:pPr>
        <w:tabs>
          <w:tab w:val="right" w:pos="8467"/>
        </w:tabs>
        <w:rPr>
          <w:rFonts w:asciiTheme="majorHAnsi" w:hAnsiTheme="majorHAnsi" w:eastAsiaTheme="majorEastAsia" w:cstheme="majorBidi"/>
          <w:b/>
          <w:caps/>
          <w:sz w:val="28"/>
          <w:szCs w:val="28"/>
        </w:rPr>
      </w:pPr>
    </w:p>
    <w:p w:rsidR="00E64899" w:rsidP="00E64899" w:rsidRDefault="00E64899" w14:paraId="773E4FE3" w14:textId="5956368C">
      <w:pPr>
        <w:tabs>
          <w:tab w:val="right" w:pos="8467"/>
        </w:tabs>
        <w:rPr>
          <w:rFonts w:asciiTheme="majorHAnsi" w:hAnsiTheme="majorHAnsi" w:eastAsiaTheme="majorEastAsia" w:cstheme="majorBidi"/>
          <w:b/>
          <w:caps/>
          <w:sz w:val="28"/>
          <w:szCs w:val="28"/>
        </w:rPr>
      </w:pPr>
      <w:r>
        <w:rPr>
          <w:rFonts w:asciiTheme="majorHAnsi" w:hAnsiTheme="majorHAnsi" w:eastAsiaTheme="majorEastAsia" w:cstheme="majorBidi"/>
          <w:b/>
          <w:caps/>
          <w:sz w:val="28"/>
          <w:szCs w:val="28"/>
        </w:rPr>
        <w:t>Cloud</w:t>
      </w:r>
      <w:r w:rsidRPr="00081409">
        <w:rPr>
          <w:rFonts w:asciiTheme="majorHAnsi" w:hAnsiTheme="majorHAnsi" w:eastAsiaTheme="majorEastAsia" w:cstheme="majorBidi"/>
          <w:b/>
          <w:caps/>
          <w:sz w:val="28"/>
          <w:szCs w:val="28"/>
        </w:rPr>
        <w:t xml:space="preserve"> Software </w:t>
      </w:r>
      <w:r>
        <w:rPr>
          <w:rFonts w:asciiTheme="majorHAnsi" w:hAnsiTheme="majorHAnsi" w:eastAsiaTheme="majorEastAsia" w:cstheme="majorBidi"/>
          <w:b/>
          <w:caps/>
          <w:sz w:val="28"/>
          <w:szCs w:val="28"/>
        </w:rPr>
        <w:t>Engineer</w:t>
      </w:r>
      <w:r w:rsidRPr="00F86CCC">
        <w:rPr>
          <w:rStyle w:val="SubtitleChar"/>
          <w:color w:val="000000" w:themeColor="text1"/>
        </w:rPr>
        <w:t xml:space="preserve"> </w:t>
      </w:r>
      <w:r>
        <w:rPr>
          <w:rStyle w:val="SubtitleChar"/>
          <w:color w:val="000000" w:themeColor="text1"/>
        </w:rPr>
        <w:tab/>
      </w:r>
      <w:r>
        <w:rPr>
          <w:rStyle w:val="SubtitleChar"/>
          <w:color w:val="000000" w:themeColor="text1"/>
        </w:rPr>
        <w:tab/>
      </w:r>
      <w:r>
        <w:rPr>
          <w:rStyle w:val="SubtitleChar"/>
          <w:color w:val="000000" w:themeColor="text1"/>
        </w:rPr>
        <w:t>Sept</w:t>
      </w:r>
      <w:r w:rsidRPr="00081409">
        <w:rPr>
          <w:rStyle w:val="SubtitleChar"/>
          <w:color w:val="000000" w:themeColor="text1"/>
        </w:rPr>
        <w:t xml:space="preserve"> 2023 – </w:t>
      </w:r>
      <w:r>
        <w:rPr>
          <w:rStyle w:val="SubtitleChar"/>
          <w:color w:val="000000" w:themeColor="text1"/>
        </w:rPr>
        <w:t>Aug</w:t>
      </w:r>
      <w:r w:rsidRPr="00081409">
        <w:rPr>
          <w:rStyle w:val="SubtitleChar"/>
          <w:color w:val="000000" w:themeColor="text1"/>
        </w:rPr>
        <w:t xml:space="preserve"> 202</w:t>
      </w:r>
      <w:r>
        <w:rPr>
          <w:rStyle w:val="SubtitleChar"/>
          <w:color w:val="000000" w:themeColor="text1"/>
        </w:rPr>
        <w:t>4</w:t>
      </w:r>
      <w:r>
        <w:rPr>
          <w:rStyle w:val="SubtitleChar"/>
          <w:color w:val="000000" w:themeColor="text1"/>
        </w:rPr>
        <w:tab/>
      </w:r>
    </w:p>
    <w:p w:rsidRPr="00081409" w:rsidR="00E64899" w:rsidP="00E64899" w:rsidRDefault="00E64899" w14:paraId="2C8BBD37" w14:textId="08D8DB12">
      <w:pPr>
        <w:tabs>
          <w:tab w:val="right" w:pos="8460"/>
        </w:tabs>
        <w:rPr>
          <w:rStyle w:val="SubtitleChar"/>
          <w:color w:val="000000" w:themeColor="text1"/>
        </w:rPr>
      </w:pPr>
      <w:r>
        <w:rPr>
          <w:rStyle w:val="SubtitleChar"/>
          <w:color w:val="000000" w:themeColor="text1"/>
        </w:rPr>
        <w:t>Constellations software engineering</w:t>
      </w:r>
      <w:r w:rsidRPr="002608A3">
        <w:rPr>
          <w:rStyle w:val="SubtitleChar"/>
          <w:color w:val="000000" w:themeColor="text1"/>
        </w:rPr>
        <w:t xml:space="preserve"> </w:t>
      </w:r>
      <w:r w:rsidRPr="00081409">
        <w:rPr>
          <w:rStyle w:val="SubtitleChar"/>
          <w:color w:val="000000" w:themeColor="text1"/>
        </w:rPr>
        <w:t>|</w:t>
      </w:r>
      <w:r>
        <w:rPr>
          <w:rStyle w:val="SubtitleChar"/>
          <w:color w:val="000000" w:themeColor="text1"/>
        </w:rPr>
        <w:t>Annapolis</w:t>
      </w:r>
      <w:r>
        <w:rPr>
          <w:rStyle w:val="SubtitleChar"/>
          <w:color w:val="000000" w:themeColor="text1"/>
        </w:rPr>
        <w:t xml:space="preserve">, </w:t>
      </w:r>
      <w:r>
        <w:rPr>
          <w:rStyle w:val="SubtitleChar"/>
          <w:color w:val="000000" w:themeColor="text1"/>
        </w:rPr>
        <w:t>md</w:t>
      </w:r>
      <w:r>
        <w:rPr>
          <w:rStyle w:val="SubtitleChar"/>
          <w:color w:val="000000" w:themeColor="text1"/>
        </w:rPr>
        <w:t xml:space="preserve"> |</w:t>
      </w:r>
      <w:r>
        <w:rPr>
          <w:rStyle w:val="SubtitleChar"/>
          <w:color w:val="000000" w:themeColor="text1"/>
        </w:rPr>
        <w:t>remote</w:t>
      </w:r>
      <w:r>
        <w:rPr>
          <w:rStyle w:val="SubtitleChar"/>
          <w:color w:val="000000" w:themeColor="text1"/>
        </w:rPr>
        <w:tab/>
      </w:r>
      <w:r>
        <w:rPr>
          <w:rStyle w:val="SubtitleChar"/>
          <w:color w:val="000000" w:themeColor="text1"/>
        </w:rPr>
        <w:tab/>
      </w:r>
    </w:p>
    <w:p w:rsidR="00E64899" w:rsidP="00E64899" w:rsidRDefault="00E64899" w14:paraId="0E4AF011" w14:textId="77777777">
      <w:pPr>
        <w:numPr>
          <w:ilvl w:val="0"/>
          <w:numId w:val="18"/>
        </w:numPr>
      </w:pPr>
      <w:r>
        <w:t>Led and managed architecture for the Navy's reporting system, ensuring scalability and performance using .NET Framework</w:t>
      </w:r>
      <w:r w:rsidRPr="00535C4A">
        <w:t xml:space="preserve"> </w:t>
      </w:r>
    </w:p>
    <w:p w:rsidR="00E64899" w:rsidP="00E64899" w:rsidRDefault="00E64899" w14:paraId="1223AC49" w14:textId="77777777">
      <w:pPr>
        <w:pStyle w:val="ListParagraph"/>
        <w:numPr>
          <w:ilvl w:val="0"/>
          <w:numId w:val="18"/>
        </w:numPr>
        <w:spacing w:after="0" w:line="240" w:lineRule="auto"/>
      </w:pPr>
      <w:r>
        <w:t>Delivered a public-facing website for the Navy JAG using Django, Python, and Wagtail under tight deadlines.</w:t>
      </w:r>
    </w:p>
    <w:p w:rsidR="00E64899" w:rsidP="00E64899" w:rsidRDefault="00E64899" w14:paraId="5465AD5A" w14:textId="77777777">
      <w:pPr>
        <w:pStyle w:val="ListParagraph"/>
        <w:numPr>
          <w:ilvl w:val="0"/>
          <w:numId w:val="18"/>
        </w:numPr>
        <w:spacing w:after="0" w:line="240" w:lineRule="auto"/>
      </w:pPr>
      <w:r>
        <w:t>Deployed applications using Azure pipelines to streamline development workflows.</w:t>
      </w:r>
    </w:p>
    <w:p w:rsidR="00E64899" w:rsidP="00E64899" w:rsidRDefault="00E64899" w14:paraId="69EC2B14" w14:textId="77777777">
      <w:pPr>
        <w:pStyle w:val="ListParagraph"/>
        <w:numPr>
          <w:ilvl w:val="0"/>
          <w:numId w:val="18"/>
        </w:numPr>
        <w:spacing w:after="0" w:line="240" w:lineRule="auto"/>
      </w:pPr>
      <w:r>
        <w:t>Managed database queries for performance optimization, ensuring efficient data handling.</w:t>
      </w:r>
    </w:p>
    <w:p w:rsidRPr="00E64899" w:rsidR="00E64899" w:rsidP="00E64899" w:rsidRDefault="00E64899" w14:paraId="09A76E47" w14:textId="77777777"/>
    <w:p w:rsidR="00081409" w:rsidP="00F86CCC" w:rsidRDefault="00081409" w14:paraId="4F303C0F" w14:textId="45B481DC">
      <w:pPr>
        <w:tabs>
          <w:tab w:val="right" w:pos="8467"/>
        </w:tabs>
        <w:rPr>
          <w:rFonts w:asciiTheme="majorHAnsi" w:hAnsiTheme="majorHAnsi" w:eastAsiaTheme="majorEastAsia" w:cstheme="majorBidi"/>
          <w:b/>
          <w:caps/>
          <w:sz w:val="28"/>
          <w:szCs w:val="28"/>
        </w:rPr>
      </w:pPr>
      <w:r>
        <w:rPr>
          <w:rFonts w:asciiTheme="majorHAnsi" w:hAnsiTheme="majorHAnsi" w:eastAsiaTheme="majorEastAsia" w:cstheme="majorBidi"/>
          <w:b/>
          <w:caps/>
          <w:sz w:val="28"/>
          <w:szCs w:val="28"/>
        </w:rPr>
        <w:t xml:space="preserve">Microsoft </w:t>
      </w:r>
      <w:r w:rsidRPr="00081409">
        <w:rPr>
          <w:rFonts w:asciiTheme="majorHAnsi" w:hAnsiTheme="majorHAnsi" w:eastAsiaTheme="majorEastAsia" w:cstheme="majorBidi"/>
          <w:b/>
          <w:caps/>
          <w:sz w:val="28"/>
          <w:szCs w:val="28"/>
        </w:rPr>
        <w:t>.NET Software Developer</w:t>
      </w:r>
      <w:r w:rsidRPr="00F86CCC" w:rsidR="00F86CCC">
        <w:rPr>
          <w:rStyle w:val="SubtitleChar"/>
          <w:color w:val="000000" w:themeColor="text1"/>
        </w:rPr>
        <w:t xml:space="preserve"> </w:t>
      </w:r>
      <w:r w:rsidR="00F86CCC">
        <w:rPr>
          <w:rStyle w:val="SubtitleChar"/>
          <w:color w:val="000000" w:themeColor="text1"/>
        </w:rPr>
        <w:tab/>
      </w:r>
      <w:r w:rsidR="00F86CCC">
        <w:rPr>
          <w:rStyle w:val="SubtitleChar"/>
          <w:color w:val="000000" w:themeColor="text1"/>
        </w:rPr>
        <w:tab/>
      </w:r>
      <w:r w:rsidR="00F86CCC">
        <w:rPr>
          <w:rStyle w:val="SubtitleChar"/>
          <w:color w:val="000000" w:themeColor="text1"/>
        </w:rPr>
        <w:t>Jan</w:t>
      </w:r>
      <w:r w:rsidRPr="00081409" w:rsidR="00F86CCC">
        <w:rPr>
          <w:rStyle w:val="SubtitleChar"/>
          <w:color w:val="000000" w:themeColor="text1"/>
        </w:rPr>
        <w:t xml:space="preserve"> 2023 – </w:t>
      </w:r>
      <w:r w:rsidR="00F86CCC">
        <w:rPr>
          <w:rStyle w:val="SubtitleChar"/>
          <w:color w:val="000000" w:themeColor="text1"/>
        </w:rPr>
        <w:t>Aug</w:t>
      </w:r>
      <w:r w:rsidRPr="00081409" w:rsidR="00F86CCC">
        <w:rPr>
          <w:rStyle w:val="SubtitleChar"/>
          <w:color w:val="000000" w:themeColor="text1"/>
        </w:rPr>
        <w:t xml:space="preserve"> 202</w:t>
      </w:r>
      <w:r w:rsidR="00F86CCC">
        <w:rPr>
          <w:rStyle w:val="SubtitleChar"/>
          <w:color w:val="000000" w:themeColor="text1"/>
        </w:rPr>
        <w:t>3</w:t>
      </w:r>
      <w:r w:rsidR="00F86CCC">
        <w:rPr>
          <w:rStyle w:val="SubtitleChar"/>
          <w:color w:val="000000" w:themeColor="text1"/>
        </w:rPr>
        <w:tab/>
      </w:r>
    </w:p>
    <w:p w:rsidRPr="00081409" w:rsidR="00081409" w:rsidP="00047AC3" w:rsidRDefault="00535C4A" w14:paraId="02851C08" w14:textId="031C13EA">
      <w:pPr>
        <w:tabs>
          <w:tab w:val="right" w:pos="8460"/>
        </w:tabs>
        <w:rPr>
          <w:rStyle w:val="SubtitleChar"/>
          <w:color w:val="000000" w:themeColor="text1"/>
        </w:rPr>
      </w:pPr>
      <w:r w:rsidRPr="002608A3">
        <w:rPr>
          <w:rStyle w:val="SubtitleChar"/>
          <w:color w:val="000000" w:themeColor="text1"/>
        </w:rPr>
        <w:t>Ryan Specialties</w:t>
      </w:r>
      <w:r w:rsidRPr="002608A3" w:rsidR="00081409">
        <w:rPr>
          <w:rStyle w:val="SubtitleChar"/>
          <w:color w:val="000000" w:themeColor="text1"/>
        </w:rPr>
        <w:t xml:space="preserve"> </w:t>
      </w:r>
      <w:r w:rsidRPr="00081409" w:rsidR="00081409">
        <w:rPr>
          <w:rStyle w:val="SubtitleChar"/>
          <w:color w:val="000000" w:themeColor="text1"/>
        </w:rPr>
        <w:t>|</w:t>
      </w:r>
      <w:r w:rsidR="002608A3">
        <w:rPr>
          <w:rStyle w:val="SubtitleChar"/>
          <w:color w:val="000000" w:themeColor="text1"/>
        </w:rPr>
        <w:t>Rockhill, NY |</w:t>
      </w:r>
      <w:r>
        <w:rPr>
          <w:rStyle w:val="SubtitleChar"/>
          <w:color w:val="000000" w:themeColor="text1"/>
        </w:rPr>
        <w:t>Hybrid</w:t>
      </w:r>
      <w:r w:rsidR="00047AC3">
        <w:rPr>
          <w:rStyle w:val="SubtitleChar"/>
          <w:color w:val="000000" w:themeColor="text1"/>
        </w:rPr>
        <w:tab/>
      </w:r>
      <w:r w:rsidR="00047AC3">
        <w:rPr>
          <w:rStyle w:val="SubtitleChar"/>
          <w:color w:val="000000" w:themeColor="text1"/>
        </w:rPr>
        <w:tab/>
      </w:r>
    </w:p>
    <w:p w:rsidRPr="00535C4A" w:rsidR="00535C4A" w:rsidP="00535C4A" w:rsidRDefault="00535C4A" w14:paraId="1596E8BD" w14:textId="6C9056CC">
      <w:pPr>
        <w:numPr>
          <w:ilvl w:val="0"/>
          <w:numId w:val="18"/>
        </w:numPr>
      </w:pPr>
      <w:r>
        <w:t>Managed</w:t>
      </w:r>
      <w:r w:rsidRPr="00535C4A">
        <w:t xml:space="preserve"> legacy software modernization efforts by migrating outdated systems to .NET frameworks, ensuring improved performance and scalability.</w:t>
      </w:r>
    </w:p>
    <w:p w:rsidRPr="00535C4A" w:rsidR="00535C4A" w:rsidP="00535C4A" w:rsidRDefault="00535C4A" w14:paraId="596B59D3" w14:textId="77777777">
      <w:pPr>
        <w:numPr>
          <w:ilvl w:val="0"/>
          <w:numId w:val="18"/>
        </w:numPr>
      </w:pPr>
      <w:r w:rsidRPr="00535C4A">
        <w:t>Collaborated with cross-functional teams to gather requirements, analyze system performance, and design solutions that enhanced functionality and user experience.</w:t>
      </w:r>
    </w:p>
    <w:p w:rsidRPr="00535C4A" w:rsidR="00535C4A" w:rsidP="00535C4A" w:rsidRDefault="00535C4A" w14:paraId="0661D237" w14:textId="77777777">
      <w:pPr>
        <w:numPr>
          <w:ilvl w:val="0"/>
          <w:numId w:val="18"/>
        </w:numPr>
      </w:pPr>
      <w:r w:rsidRPr="00535C4A">
        <w:t>Developed and implemented robust software architectures while maintaining comprehensive documentation for all phases of the development lifecycle.</w:t>
      </w:r>
    </w:p>
    <w:p w:rsidRPr="00E64899" w:rsidR="00535C4A" w:rsidP="00535C4A" w:rsidRDefault="00535C4A" w14:paraId="52867EE2" w14:textId="3819BB78">
      <w:pPr>
        <w:numPr>
          <w:ilvl w:val="0"/>
          <w:numId w:val="18"/>
        </w:numPr>
        <w:rPr>
          <w:rFonts w:asciiTheme="majorHAnsi" w:hAnsiTheme="majorHAnsi" w:eastAsiaTheme="majorEastAsia" w:cstheme="majorBidi"/>
          <w:b/>
          <w:caps/>
          <w:sz w:val="28"/>
          <w:szCs w:val="28"/>
        </w:rPr>
      </w:pPr>
      <w:r w:rsidRPr="00535C4A">
        <w:t>Conducted thorough testing and debugging to ensure high-quality software releases, leading to a significant reduction in post-deployment issues.</w:t>
      </w:r>
    </w:p>
    <w:p w:rsidR="00535C4A" w:rsidP="00F86CCC" w:rsidRDefault="00535C4A" w14:paraId="614FD3B6" w14:textId="542562C3">
      <w:pPr>
        <w:tabs>
          <w:tab w:val="right" w:pos="8467"/>
        </w:tabs>
        <w:rPr>
          <w:rFonts w:asciiTheme="majorHAnsi" w:hAnsiTheme="majorHAnsi" w:eastAsiaTheme="majorEastAsia" w:cstheme="majorBidi"/>
          <w:b/>
          <w:caps/>
          <w:sz w:val="28"/>
          <w:szCs w:val="28"/>
        </w:rPr>
      </w:pPr>
      <w:r>
        <w:rPr>
          <w:rFonts w:asciiTheme="majorHAnsi" w:hAnsiTheme="majorHAnsi" w:eastAsiaTheme="majorEastAsia" w:cstheme="majorBidi"/>
          <w:b/>
          <w:caps/>
          <w:sz w:val="28"/>
          <w:szCs w:val="28"/>
        </w:rPr>
        <w:t xml:space="preserve">Microsoft </w:t>
      </w:r>
      <w:r w:rsidRPr="00081409">
        <w:rPr>
          <w:rFonts w:asciiTheme="majorHAnsi" w:hAnsiTheme="majorHAnsi" w:eastAsiaTheme="majorEastAsia" w:cstheme="majorBidi"/>
          <w:b/>
          <w:caps/>
          <w:sz w:val="28"/>
          <w:szCs w:val="28"/>
        </w:rPr>
        <w:t>.NET Software Developer</w:t>
      </w:r>
      <w:r w:rsidR="00F86CCC">
        <w:rPr>
          <w:rFonts w:asciiTheme="majorHAnsi" w:hAnsiTheme="majorHAnsi" w:eastAsiaTheme="majorEastAsia" w:cstheme="majorBidi"/>
          <w:b/>
          <w:caps/>
          <w:sz w:val="28"/>
          <w:szCs w:val="28"/>
        </w:rPr>
        <w:t xml:space="preserve"> </w:t>
      </w:r>
      <w:r w:rsidR="00F86CCC">
        <w:rPr>
          <w:rFonts w:asciiTheme="majorHAnsi" w:hAnsiTheme="majorHAnsi" w:eastAsiaTheme="majorEastAsia" w:cstheme="majorBidi"/>
          <w:b/>
          <w:caps/>
          <w:sz w:val="28"/>
          <w:szCs w:val="28"/>
        </w:rPr>
        <w:tab/>
      </w:r>
      <w:r w:rsidR="00F86CCC">
        <w:rPr>
          <w:rFonts w:asciiTheme="majorHAnsi" w:hAnsiTheme="majorHAnsi" w:eastAsiaTheme="majorEastAsia" w:cstheme="majorBidi"/>
          <w:b/>
          <w:caps/>
          <w:sz w:val="28"/>
          <w:szCs w:val="28"/>
        </w:rPr>
        <w:tab/>
      </w:r>
      <w:r w:rsidR="00F86CCC">
        <w:rPr>
          <w:rStyle w:val="SubtitleChar"/>
          <w:color w:val="000000" w:themeColor="text1"/>
        </w:rPr>
        <w:t>Nov</w:t>
      </w:r>
      <w:r w:rsidRPr="00081409" w:rsidR="00F86CCC">
        <w:rPr>
          <w:rStyle w:val="SubtitleChar"/>
          <w:color w:val="000000" w:themeColor="text1"/>
        </w:rPr>
        <w:t xml:space="preserve"> 20</w:t>
      </w:r>
      <w:r w:rsidR="00F86CCC">
        <w:rPr>
          <w:rStyle w:val="SubtitleChar"/>
          <w:color w:val="000000" w:themeColor="text1"/>
        </w:rPr>
        <w:t>18</w:t>
      </w:r>
      <w:r w:rsidRPr="00081409" w:rsidR="00F86CCC">
        <w:rPr>
          <w:rStyle w:val="SubtitleChar"/>
          <w:color w:val="000000" w:themeColor="text1"/>
        </w:rPr>
        <w:t xml:space="preserve"> – </w:t>
      </w:r>
      <w:r w:rsidR="00F86CCC">
        <w:rPr>
          <w:rStyle w:val="SubtitleChar"/>
          <w:color w:val="000000" w:themeColor="text1"/>
        </w:rPr>
        <w:t>Nov</w:t>
      </w:r>
      <w:r w:rsidRPr="00081409" w:rsidR="00F86CCC">
        <w:rPr>
          <w:rStyle w:val="SubtitleChar"/>
          <w:color w:val="000000" w:themeColor="text1"/>
        </w:rPr>
        <w:t xml:space="preserve"> 202</w:t>
      </w:r>
      <w:r w:rsidR="00F86CCC">
        <w:rPr>
          <w:rStyle w:val="SubtitleChar"/>
          <w:color w:val="000000" w:themeColor="text1"/>
        </w:rPr>
        <w:t>2</w:t>
      </w:r>
    </w:p>
    <w:p w:rsidRPr="00081409" w:rsidR="00535C4A" w:rsidP="00F86CCC" w:rsidRDefault="00535C4A" w14:paraId="4E79E4DA" w14:textId="599B596C">
      <w:pPr>
        <w:tabs>
          <w:tab w:val="right" w:pos="8467"/>
        </w:tabs>
        <w:rPr>
          <w:rStyle w:val="SubtitleChar"/>
          <w:color w:val="000000" w:themeColor="text1"/>
        </w:rPr>
      </w:pPr>
      <w:r w:rsidRPr="00535C4A">
        <w:rPr>
          <w:rStyle w:val="SubtitleChar"/>
          <w:color w:val="000000" w:themeColor="text1"/>
        </w:rPr>
        <w:t xml:space="preserve">InfoEd Global </w:t>
      </w:r>
      <w:r w:rsidR="00F64C1B">
        <w:rPr>
          <w:rStyle w:val="SubtitleChar"/>
          <w:color w:val="000000" w:themeColor="text1"/>
        </w:rPr>
        <w:t>|</w:t>
      </w:r>
      <w:r w:rsidRPr="00535C4A">
        <w:rPr>
          <w:rStyle w:val="SubtitleChar"/>
          <w:color w:val="000000" w:themeColor="text1"/>
        </w:rPr>
        <w:t xml:space="preserve">Albany, NY </w:t>
      </w:r>
      <w:r w:rsidRPr="00081409">
        <w:rPr>
          <w:rStyle w:val="SubtitleChar"/>
          <w:color w:val="000000" w:themeColor="text1"/>
        </w:rPr>
        <w:t xml:space="preserve">| </w:t>
      </w:r>
      <w:r>
        <w:rPr>
          <w:rStyle w:val="SubtitleChar"/>
          <w:color w:val="000000" w:themeColor="text1"/>
        </w:rPr>
        <w:t>on-site</w:t>
      </w:r>
      <w:r w:rsidRPr="00081409">
        <w:rPr>
          <w:rStyle w:val="SubtitleChar"/>
          <w:color w:val="000000" w:themeColor="text1"/>
        </w:rPr>
        <w:t xml:space="preserve"> </w:t>
      </w:r>
    </w:p>
    <w:p w:rsidR="00535C4A" w:rsidP="00535C4A" w:rsidRDefault="00535C4A" w14:paraId="4FB7D021" w14:textId="20673A5C">
      <w:pPr>
        <w:numPr>
          <w:ilvl w:val="0"/>
          <w:numId w:val="19"/>
        </w:numPr>
        <w:rPr/>
      </w:pPr>
      <w:r w:rsidR="00535C4A">
        <w:rPr/>
        <w:t xml:space="preserve">Developed and </w:t>
      </w:r>
      <w:r w:rsidR="00535C4A">
        <w:rPr/>
        <w:t>maintained</w:t>
      </w:r>
      <w:r w:rsidR="00535C4A">
        <w:rPr/>
        <w:t xml:space="preserve"> scalable web applications using classic ASP, .NET framework</w:t>
      </w:r>
      <w:r w:rsidR="2360BE2C">
        <w:rPr/>
        <w:t>, Angular</w:t>
      </w:r>
      <w:r w:rsidR="00535C4A">
        <w:rPr/>
        <w:t xml:space="preserve"> and JavaScript libraries.</w:t>
      </w:r>
    </w:p>
    <w:p w:rsidRPr="00535C4A" w:rsidR="002608A3" w:rsidP="002608A3" w:rsidRDefault="002608A3" w14:paraId="472EEF30" w14:textId="1769207D">
      <w:pPr>
        <w:pStyle w:val="ListBullet"/>
        <w:numPr>
          <w:ilvl w:val="0"/>
          <w:numId w:val="19"/>
        </w:numPr>
      </w:pPr>
      <w:r w:rsidRPr="00081409">
        <w:t xml:space="preserve">Managed and optimized </w:t>
      </w:r>
      <w:r>
        <w:t xml:space="preserve">data </w:t>
      </w:r>
      <w:r w:rsidRPr="00081409">
        <w:t xml:space="preserve">using SQL Server and </w:t>
      </w:r>
      <w:r>
        <w:t>Oracle</w:t>
      </w:r>
      <w:r w:rsidRPr="00081409">
        <w:t xml:space="preserve">, improving query performance and </w:t>
      </w:r>
      <w:r>
        <w:t>data</w:t>
      </w:r>
      <w:r w:rsidRPr="00081409">
        <w:t xml:space="preserve"> accuracy.</w:t>
      </w:r>
    </w:p>
    <w:p w:rsidRPr="00535C4A" w:rsidR="00535C4A" w:rsidP="00535C4A" w:rsidRDefault="00535C4A" w14:paraId="59B85382" w14:textId="77777777">
      <w:pPr>
        <w:numPr>
          <w:ilvl w:val="0"/>
          <w:numId w:val="19"/>
        </w:numPr>
      </w:pPr>
      <w:r w:rsidRPr="00535C4A">
        <w:t>Collaborated with cross-functional teams to gather requirements and design user-friendly interfaces.</w:t>
      </w:r>
    </w:p>
    <w:p w:rsidRPr="00535C4A" w:rsidR="00535C4A" w:rsidP="00535C4A" w:rsidRDefault="00535C4A" w14:paraId="0F68940C" w14:textId="77777777">
      <w:pPr>
        <w:numPr>
          <w:ilvl w:val="0"/>
          <w:numId w:val="19"/>
        </w:numPr>
      </w:pPr>
      <w:r w:rsidRPr="00535C4A">
        <w:t>Implemented RESTful APIs, XML/XSD integrations to provide efficient data exchange between the client-side and server-side applications.</w:t>
      </w:r>
    </w:p>
    <w:p w:rsidRPr="00535C4A" w:rsidR="00535C4A" w:rsidP="00535C4A" w:rsidRDefault="00535C4A" w14:paraId="3A044077" w14:textId="77777777">
      <w:pPr>
        <w:numPr>
          <w:ilvl w:val="0"/>
          <w:numId w:val="19"/>
        </w:numPr>
      </w:pPr>
      <w:r w:rsidRPr="00535C4A">
        <w:t>Optimized application performance through code reviews and refactoring legacy code.</w:t>
      </w:r>
    </w:p>
    <w:p w:rsidR="00535C4A" w:rsidP="00535C4A" w:rsidRDefault="00535C4A" w14:paraId="5029E03C" w14:textId="77777777">
      <w:pPr>
        <w:numPr>
          <w:ilvl w:val="0"/>
          <w:numId w:val="19"/>
        </w:numPr>
      </w:pPr>
      <w:r w:rsidRPr="00535C4A">
        <w:t>Conducted manual testing and debugging to ensure the delivery of high-quality software solutions.</w:t>
      </w:r>
    </w:p>
    <w:p w:rsidR="002608A3" w:rsidP="2829BB72" w:rsidRDefault="002608A3" w14:paraId="1757A504" w14:textId="726E632C">
      <w:pPr>
        <w:tabs>
          <w:tab w:val="right" w:pos="8467"/>
        </w:tabs>
        <w:rPr>
          <w:rFonts w:ascii="Calibri Light" w:hAnsi="Calibri Light" w:eastAsia="游ゴシック Light" w:cs="" w:asciiTheme="majorAscii" w:hAnsiTheme="majorAscii" w:eastAsiaTheme="majorEastAsia" w:cstheme="majorBidi"/>
          <w:b w:val="1"/>
          <w:bCs w:val="1"/>
          <w:caps w:val="1"/>
          <w:sz w:val="28"/>
          <w:szCs w:val="28"/>
        </w:rPr>
      </w:pPr>
    </w:p>
    <w:p w:rsidR="002608A3" w:rsidP="2829BB72" w:rsidRDefault="002608A3" w14:paraId="1BCD7FFE" w14:textId="6568A799">
      <w:pPr/>
      <w:r>
        <w:br w:type="page"/>
      </w:r>
    </w:p>
    <w:p w:rsidR="002608A3" w:rsidP="2829BB72" w:rsidRDefault="002608A3" w14:paraId="201800B7" w14:textId="73159A38">
      <w:pPr>
        <w:pStyle w:val="Normal"/>
        <w:tabs>
          <w:tab w:val="right" w:pos="8467"/>
        </w:tabs>
        <w:rPr>
          <w:rFonts w:ascii="Calibri Light" w:hAnsi="Calibri Light" w:eastAsia="游ゴシック Light" w:cs="" w:asciiTheme="majorAscii" w:hAnsiTheme="majorAscii" w:eastAsiaTheme="majorEastAsia" w:cstheme="majorBidi"/>
          <w:b w:val="1"/>
          <w:bCs w:val="1"/>
          <w:caps w:val="1"/>
          <w:sz w:val="28"/>
          <w:szCs w:val="28"/>
        </w:rPr>
      </w:pPr>
      <w:r w:rsidRPr="2829BB72" w:rsidR="002608A3">
        <w:rPr>
          <w:rFonts w:ascii="Calibri Light" w:hAnsi="Calibri Light" w:eastAsia="游ゴシック Light" w:cs="" w:asciiTheme="majorAscii" w:hAnsiTheme="majorAscii" w:eastAsiaTheme="majorEastAsia" w:cstheme="majorBidi"/>
          <w:b w:val="1"/>
          <w:bCs w:val="1"/>
          <w:caps w:val="1"/>
          <w:sz w:val="28"/>
          <w:szCs w:val="28"/>
        </w:rPr>
        <w:t>Wordpress</w:t>
      </w:r>
      <w:r w:rsidRPr="2829BB72" w:rsidR="002608A3">
        <w:rPr>
          <w:rFonts w:ascii="Calibri Light" w:hAnsi="Calibri Light" w:eastAsia="游ゴシック Light" w:cs="" w:asciiTheme="majorAscii" w:hAnsiTheme="majorAscii" w:eastAsiaTheme="majorEastAsia" w:cstheme="majorBidi"/>
          <w:b w:val="1"/>
          <w:bCs w:val="1"/>
          <w:caps w:val="1"/>
          <w:sz w:val="28"/>
          <w:szCs w:val="28"/>
        </w:rPr>
        <w:t xml:space="preserve"> / </w:t>
      </w:r>
      <w:r w:rsidRPr="2829BB72" w:rsidR="002608A3">
        <w:rPr>
          <w:rFonts w:ascii="Calibri Light" w:hAnsi="Calibri Light" w:eastAsia="游ゴシック Light" w:cs="" w:asciiTheme="majorAscii" w:hAnsiTheme="majorAscii" w:eastAsiaTheme="majorEastAsia" w:cstheme="majorBidi"/>
          <w:b w:val="1"/>
          <w:bCs w:val="1"/>
          <w:caps w:val="1"/>
          <w:sz w:val="28"/>
          <w:szCs w:val="28"/>
        </w:rPr>
        <w:t>php</w:t>
      </w:r>
      <w:r w:rsidRPr="2829BB72" w:rsidR="002608A3">
        <w:rPr>
          <w:rFonts w:ascii="Calibri Light" w:hAnsi="Calibri Light" w:eastAsia="游ゴシック Light" w:cs="" w:asciiTheme="majorAscii" w:hAnsiTheme="majorAscii" w:eastAsiaTheme="majorEastAsia" w:cstheme="majorBidi"/>
          <w:b w:val="1"/>
          <w:bCs w:val="1"/>
          <w:caps w:val="1"/>
          <w:sz w:val="28"/>
          <w:szCs w:val="28"/>
        </w:rPr>
        <w:t xml:space="preserve"> Software developer</w:t>
      </w:r>
      <w:r w:rsidRPr="2829BB72" w:rsidR="00F86CCC">
        <w:rPr>
          <w:rFonts w:ascii="Calibri Light" w:hAnsi="Calibri Light" w:eastAsia="游ゴシック Light" w:cs="" w:asciiTheme="majorAscii" w:hAnsiTheme="majorAscii" w:eastAsiaTheme="majorEastAsia" w:cstheme="majorBidi"/>
          <w:b w:val="1"/>
          <w:bCs w:val="1"/>
          <w:caps w:val="1"/>
          <w:sz w:val="28"/>
          <w:szCs w:val="28"/>
        </w:rPr>
        <w:t xml:space="preserve"> </w:t>
      </w:r>
      <w:r>
        <w:tab/>
      </w:r>
      <w:r>
        <w:tab/>
      </w:r>
      <w:r w:rsidRPr="2829BB72" w:rsidR="00F86CCC">
        <w:rPr>
          <w:rStyle w:val="SubtitleChar"/>
          <w:color w:val="000000" w:themeColor="text1" w:themeTint="FF" w:themeShade="FF"/>
        </w:rPr>
        <w:t>Dec</w:t>
      </w:r>
      <w:r w:rsidRPr="2829BB72" w:rsidR="00F86CCC">
        <w:rPr>
          <w:rStyle w:val="SubtitleChar"/>
          <w:color w:val="000000" w:themeColor="text1" w:themeTint="FF" w:themeShade="FF"/>
        </w:rPr>
        <w:t xml:space="preserve"> 20</w:t>
      </w:r>
      <w:r w:rsidRPr="2829BB72" w:rsidR="00F86CCC">
        <w:rPr>
          <w:rStyle w:val="SubtitleChar"/>
          <w:color w:val="000000" w:themeColor="text1" w:themeTint="FF" w:themeShade="FF"/>
        </w:rPr>
        <w:t>17</w:t>
      </w:r>
      <w:r w:rsidRPr="2829BB72" w:rsidR="00F86CCC">
        <w:rPr>
          <w:rStyle w:val="SubtitleChar"/>
          <w:color w:val="000000" w:themeColor="text1" w:themeTint="FF" w:themeShade="FF"/>
        </w:rPr>
        <w:t xml:space="preserve"> – </w:t>
      </w:r>
      <w:r w:rsidRPr="2829BB72" w:rsidR="00F86CCC">
        <w:rPr>
          <w:rStyle w:val="SubtitleChar"/>
          <w:color w:val="000000" w:themeColor="text1" w:themeTint="FF" w:themeShade="FF"/>
        </w:rPr>
        <w:t>Nov</w:t>
      </w:r>
      <w:r w:rsidRPr="2829BB72" w:rsidR="00F86CCC">
        <w:rPr>
          <w:rStyle w:val="SubtitleChar"/>
          <w:color w:val="000000" w:themeColor="text1" w:themeTint="FF" w:themeShade="FF"/>
        </w:rPr>
        <w:t xml:space="preserve"> 20</w:t>
      </w:r>
      <w:r w:rsidRPr="2829BB72" w:rsidR="00F86CCC">
        <w:rPr>
          <w:rStyle w:val="SubtitleChar"/>
          <w:color w:val="000000" w:themeColor="text1" w:themeTint="FF" w:themeShade="FF"/>
        </w:rPr>
        <w:t>18</w:t>
      </w:r>
    </w:p>
    <w:p w:rsidRPr="00081409" w:rsidR="002608A3" w:rsidP="00047AC3" w:rsidRDefault="002608A3" w14:paraId="53E01FCE" w14:textId="3F65415C">
      <w:pPr>
        <w:tabs>
          <w:tab w:val="right" w:pos="8467"/>
        </w:tabs>
        <w:rPr>
          <w:rStyle w:val="SubtitleChar"/>
          <w:color w:val="000000" w:themeColor="text1"/>
        </w:rPr>
      </w:pPr>
      <w:r>
        <w:rPr>
          <w:rStyle w:val="SubtitleChar"/>
          <w:color w:val="000000" w:themeColor="text1"/>
        </w:rPr>
        <w:t>Rev design</w:t>
      </w:r>
      <w:r w:rsidR="00F64C1B">
        <w:rPr>
          <w:rStyle w:val="SubtitleChar"/>
          <w:color w:val="000000" w:themeColor="text1"/>
        </w:rPr>
        <w:t xml:space="preserve"> |</w:t>
      </w:r>
      <w:r>
        <w:rPr>
          <w:rStyle w:val="SubtitleChar"/>
          <w:color w:val="000000" w:themeColor="text1"/>
        </w:rPr>
        <w:t xml:space="preserve"> Patterson, NY</w:t>
      </w:r>
      <w:r w:rsidRPr="00535C4A">
        <w:rPr>
          <w:rStyle w:val="SubtitleChar"/>
          <w:color w:val="000000" w:themeColor="text1"/>
        </w:rPr>
        <w:t xml:space="preserve"> </w:t>
      </w:r>
      <w:r w:rsidRPr="00081409">
        <w:rPr>
          <w:rStyle w:val="SubtitleChar"/>
          <w:color w:val="000000" w:themeColor="text1"/>
        </w:rPr>
        <w:t>|</w:t>
      </w:r>
      <w:r>
        <w:rPr>
          <w:rStyle w:val="SubtitleChar"/>
          <w:color w:val="000000" w:themeColor="text1"/>
        </w:rPr>
        <w:t>on-site</w:t>
      </w:r>
      <w:r w:rsidRPr="00081409">
        <w:rPr>
          <w:rStyle w:val="SubtitleChar"/>
          <w:color w:val="000000" w:themeColor="text1"/>
        </w:rPr>
        <w:t xml:space="preserve"> |</w:t>
      </w:r>
    </w:p>
    <w:p w:rsidRPr="002608A3" w:rsidR="002608A3" w:rsidP="002608A3" w:rsidRDefault="002608A3" w14:paraId="67BB6E5A" w14:textId="77777777">
      <w:pPr>
        <w:numPr>
          <w:ilvl w:val="0"/>
          <w:numId w:val="20"/>
        </w:numPr>
      </w:pPr>
      <w:r w:rsidRPr="002608A3">
        <w:t>Developed and maintained multiple WordPress websites, ensuring optimal performance and user experience.</w:t>
      </w:r>
    </w:p>
    <w:p w:rsidRPr="002608A3" w:rsidR="002608A3" w:rsidP="002608A3" w:rsidRDefault="002608A3" w14:paraId="1C855FDF" w14:textId="77777777">
      <w:pPr>
        <w:numPr>
          <w:ilvl w:val="0"/>
          <w:numId w:val="20"/>
        </w:numPr>
      </w:pPr>
      <w:r w:rsidRPr="002608A3">
        <w:t>Implemented custom WordPress themes and plugin modifications based on client requirements, enhancing functionality and design.</w:t>
      </w:r>
    </w:p>
    <w:p w:rsidRPr="002608A3" w:rsidR="002608A3" w:rsidP="002608A3" w:rsidRDefault="002608A3" w14:paraId="43BBAB14" w14:textId="77777777">
      <w:pPr>
        <w:numPr>
          <w:ilvl w:val="0"/>
          <w:numId w:val="20"/>
        </w:numPr>
      </w:pPr>
      <w:r w:rsidRPr="002608A3">
        <w:t>Collaborated with designers and project managers to deliver high-quality web solutions while adhering to deadlines.</w:t>
      </w:r>
    </w:p>
    <w:p w:rsidRPr="002608A3" w:rsidR="002608A3" w:rsidP="002608A3" w:rsidRDefault="002608A3" w14:paraId="119EF988" w14:textId="77777777">
      <w:pPr>
        <w:numPr>
          <w:ilvl w:val="0"/>
          <w:numId w:val="20"/>
        </w:numPr>
      </w:pPr>
      <w:r w:rsidRPr="002608A3">
        <w:t>Utilized PHP to create dynamic web applications and troubleshoot any backend issues that arose during development.</w:t>
      </w:r>
    </w:p>
    <w:p w:rsidRPr="002608A3" w:rsidR="002608A3" w:rsidP="002608A3" w:rsidRDefault="002608A3" w14:paraId="1AD79307" w14:textId="77777777">
      <w:pPr>
        <w:numPr>
          <w:ilvl w:val="0"/>
          <w:numId w:val="20"/>
        </w:numPr>
      </w:pPr>
      <w:r w:rsidRPr="002608A3">
        <w:t>Performed regular website updates and security checks to maintain site integrity and protect against vulnerabilities.</w:t>
      </w:r>
    </w:p>
    <w:p w:rsidR="002608A3" w:rsidP="002608A3" w:rsidRDefault="002608A3" w14:paraId="5B3024FF" w14:textId="77777777">
      <w:pPr>
        <w:numPr>
          <w:ilvl w:val="0"/>
          <w:numId w:val="20"/>
        </w:numPr>
      </w:pPr>
      <w:r w:rsidRPr="002608A3">
        <w:t>Managed database integration and optimization to improve loading times and overall site performance.</w:t>
      </w:r>
    </w:p>
    <w:p w:rsidR="002608A3" w:rsidP="00F86CCC" w:rsidRDefault="002608A3" w14:paraId="0CCC5F42" w14:textId="41E65EE8">
      <w:pPr>
        <w:tabs>
          <w:tab w:val="right" w:pos="8467"/>
        </w:tabs>
        <w:rPr>
          <w:rFonts w:asciiTheme="majorHAnsi" w:hAnsiTheme="majorHAnsi" w:eastAsiaTheme="majorEastAsia" w:cstheme="majorBidi"/>
          <w:b/>
          <w:caps/>
          <w:sz w:val="28"/>
          <w:szCs w:val="28"/>
        </w:rPr>
      </w:pPr>
      <w:r>
        <w:rPr>
          <w:rFonts w:asciiTheme="majorHAnsi" w:hAnsiTheme="majorHAnsi" w:eastAsiaTheme="majorEastAsia" w:cstheme="majorBidi"/>
          <w:b/>
          <w:caps/>
          <w:sz w:val="28"/>
          <w:szCs w:val="28"/>
        </w:rPr>
        <w:t xml:space="preserve">Microsoft </w:t>
      </w:r>
      <w:r w:rsidRPr="00081409">
        <w:rPr>
          <w:rFonts w:asciiTheme="majorHAnsi" w:hAnsiTheme="majorHAnsi" w:eastAsiaTheme="majorEastAsia" w:cstheme="majorBidi"/>
          <w:b/>
          <w:caps/>
          <w:sz w:val="28"/>
          <w:szCs w:val="28"/>
        </w:rPr>
        <w:t>.NET Software Developer</w:t>
      </w:r>
      <w:r w:rsidR="00F86CCC">
        <w:rPr>
          <w:rFonts w:asciiTheme="majorHAnsi" w:hAnsiTheme="majorHAnsi" w:eastAsiaTheme="majorEastAsia" w:cstheme="majorBidi"/>
          <w:b/>
          <w:caps/>
          <w:sz w:val="28"/>
          <w:szCs w:val="28"/>
        </w:rPr>
        <w:t xml:space="preserve"> </w:t>
      </w:r>
      <w:r w:rsidR="00F86CCC">
        <w:rPr>
          <w:rFonts w:asciiTheme="majorHAnsi" w:hAnsiTheme="majorHAnsi" w:eastAsiaTheme="majorEastAsia" w:cstheme="majorBidi"/>
          <w:b/>
          <w:caps/>
          <w:sz w:val="28"/>
          <w:szCs w:val="28"/>
        </w:rPr>
        <w:tab/>
      </w:r>
      <w:r w:rsidR="00F86CCC">
        <w:rPr>
          <w:rFonts w:asciiTheme="majorHAnsi" w:hAnsiTheme="majorHAnsi" w:eastAsiaTheme="majorEastAsia" w:cstheme="majorBidi"/>
          <w:b/>
          <w:caps/>
          <w:sz w:val="28"/>
          <w:szCs w:val="28"/>
        </w:rPr>
        <w:tab/>
      </w:r>
      <w:r w:rsidR="00F86CCC">
        <w:rPr>
          <w:rStyle w:val="SubtitleChar"/>
          <w:color w:val="000000" w:themeColor="text1"/>
        </w:rPr>
        <w:t>Apr</w:t>
      </w:r>
      <w:r w:rsidRPr="00081409" w:rsidR="00F86CCC">
        <w:rPr>
          <w:rStyle w:val="SubtitleChar"/>
          <w:color w:val="000000" w:themeColor="text1"/>
        </w:rPr>
        <w:t xml:space="preserve"> </w:t>
      </w:r>
      <w:r w:rsidR="00F86CCC">
        <w:rPr>
          <w:rStyle w:val="SubtitleChar"/>
          <w:color w:val="000000" w:themeColor="text1"/>
        </w:rPr>
        <w:t xml:space="preserve">2015 </w:t>
      </w:r>
      <w:r w:rsidRPr="00081409" w:rsidR="00F86CCC">
        <w:rPr>
          <w:rStyle w:val="SubtitleChar"/>
          <w:color w:val="000000" w:themeColor="text1"/>
        </w:rPr>
        <w:t xml:space="preserve">– </w:t>
      </w:r>
      <w:r w:rsidR="00F86CCC">
        <w:rPr>
          <w:rStyle w:val="SubtitleChar"/>
          <w:color w:val="000000" w:themeColor="text1"/>
        </w:rPr>
        <w:t>Apr</w:t>
      </w:r>
      <w:r w:rsidRPr="00081409" w:rsidR="00F86CCC">
        <w:rPr>
          <w:rStyle w:val="SubtitleChar"/>
          <w:color w:val="000000" w:themeColor="text1"/>
        </w:rPr>
        <w:t xml:space="preserve"> 20</w:t>
      </w:r>
      <w:r w:rsidR="00F86CCC">
        <w:rPr>
          <w:rStyle w:val="SubtitleChar"/>
          <w:color w:val="000000" w:themeColor="text1"/>
        </w:rPr>
        <w:t>16</w:t>
      </w:r>
    </w:p>
    <w:p w:rsidRPr="00081409" w:rsidR="002608A3" w:rsidP="00047AC3" w:rsidRDefault="002608A3" w14:paraId="176F3188" w14:textId="63C08A26">
      <w:pPr>
        <w:tabs>
          <w:tab w:val="right" w:pos="8460"/>
        </w:tabs>
        <w:rPr>
          <w:rStyle w:val="SubtitleChar"/>
          <w:color w:val="000000" w:themeColor="text1"/>
        </w:rPr>
      </w:pPr>
      <w:r w:rsidRPr="2829BB72" w:rsidR="002608A3">
        <w:rPr>
          <w:rStyle w:val="SubtitleChar"/>
          <w:color w:val="000000" w:themeColor="text1" w:themeTint="FF" w:themeShade="FF"/>
        </w:rPr>
        <w:t>Precision Care Software</w:t>
      </w:r>
      <w:r w:rsidRPr="2829BB72" w:rsidR="00F64C1B">
        <w:rPr>
          <w:rStyle w:val="SubtitleChar"/>
          <w:color w:val="000000" w:themeColor="text1" w:themeTint="FF" w:themeShade="FF"/>
        </w:rPr>
        <w:t xml:space="preserve"> |</w:t>
      </w:r>
      <w:r w:rsidRPr="2829BB72" w:rsidR="002608A3">
        <w:rPr>
          <w:rStyle w:val="SubtitleChar"/>
          <w:color w:val="000000" w:themeColor="text1" w:themeTint="FF" w:themeShade="FF"/>
        </w:rPr>
        <w:t xml:space="preserve"> </w:t>
      </w:r>
      <w:r w:rsidRPr="2829BB72" w:rsidR="002608A3">
        <w:rPr>
          <w:rStyle w:val="SubtitleChar"/>
          <w:color w:val="000000" w:themeColor="text1" w:themeTint="FF" w:themeShade="FF"/>
        </w:rPr>
        <w:t>New Paltz</w:t>
      </w:r>
      <w:r w:rsidRPr="2829BB72" w:rsidR="002608A3">
        <w:rPr>
          <w:rStyle w:val="SubtitleChar"/>
          <w:color w:val="000000" w:themeColor="text1" w:themeTint="FF" w:themeShade="FF"/>
        </w:rPr>
        <w:t xml:space="preserve">, NY </w:t>
      </w:r>
      <w:r w:rsidRPr="2829BB72" w:rsidR="002608A3">
        <w:rPr>
          <w:rStyle w:val="SubtitleChar"/>
          <w:color w:val="000000" w:themeColor="text1" w:themeTint="FF" w:themeShade="FF"/>
        </w:rPr>
        <w:t xml:space="preserve">| </w:t>
      </w:r>
      <w:r w:rsidRPr="2829BB72" w:rsidR="002608A3">
        <w:rPr>
          <w:rStyle w:val="SubtitleChar"/>
          <w:color w:val="000000" w:themeColor="text1" w:themeTint="FF" w:themeShade="FF"/>
        </w:rPr>
        <w:t>on-site</w:t>
      </w:r>
      <w:r w:rsidRPr="2829BB72" w:rsidR="002608A3">
        <w:rPr>
          <w:rStyle w:val="SubtitleChar"/>
          <w:color w:val="000000" w:themeColor="text1" w:themeTint="FF" w:themeShade="FF"/>
        </w:rPr>
        <w:t xml:space="preserve"> | </w:t>
      </w:r>
      <w:r w:rsidRPr="2829BB72" w:rsidR="002608A3">
        <w:rPr>
          <w:rStyle w:val="SubtitleChar"/>
          <w:color w:val="000000" w:themeColor="text1" w:themeTint="FF" w:themeShade="FF"/>
        </w:rPr>
        <w:t>Internship</w:t>
      </w:r>
    </w:p>
    <w:p w:rsidR="3743EF14" w:rsidP="2829BB72" w:rsidRDefault="3743EF14" w14:paraId="731A8C19" w14:textId="3471526C">
      <w:pPr>
        <w:numPr>
          <w:ilvl w:val="0"/>
          <w:numId w:val="21"/>
        </w:numPr>
        <w:rPr/>
      </w:pPr>
      <w:r w:rsidR="3743EF14">
        <w:rPr/>
        <w:t xml:space="preserve">Developed and </w:t>
      </w:r>
      <w:r w:rsidR="3743EF14">
        <w:rPr/>
        <w:t>maintained</w:t>
      </w:r>
      <w:r w:rsidR="3743EF14">
        <w:rPr/>
        <w:t xml:space="preserve"> scalable web applications using classic ASP, .NET framework, Angular and JavaScript libraries.</w:t>
      </w:r>
    </w:p>
    <w:p w:rsidR="5DB8BAA3" w:rsidP="2829BB72" w:rsidRDefault="5DB8BAA3" w14:paraId="1C8F2527" w14:textId="07426A39">
      <w:pPr>
        <w:numPr>
          <w:ilvl w:val="0"/>
          <w:numId w:val="21"/>
        </w:numPr>
        <w:rPr/>
      </w:pPr>
      <w:r w:rsidR="5DB8BAA3">
        <w:rPr/>
        <w:t>Managed and optimized data using SQL Server, improving query performance and data accuracy</w:t>
      </w:r>
    </w:p>
    <w:p w:rsidRPr="002608A3" w:rsidR="002608A3" w:rsidP="002608A3" w:rsidRDefault="002608A3" w14:paraId="3DEA8119" w14:textId="77777777">
      <w:pPr>
        <w:numPr>
          <w:ilvl w:val="0"/>
          <w:numId w:val="21"/>
        </w:numPr>
      </w:pPr>
      <w:r w:rsidRPr="002608A3">
        <w:t>Collaborated with cross-functional teams to design, develop, and test functionalities that improved user experience.</w:t>
      </w:r>
    </w:p>
    <w:p w:rsidRPr="002608A3" w:rsidR="002608A3" w:rsidP="002608A3" w:rsidRDefault="002608A3" w14:paraId="68676CED" w14:textId="77777777">
      <w:pPr>
        <w:numPr>
          <w:ilvl w:val="0"/>
          <w:numId w:val="21"/>
        </w:numPr>
      </w:pPr>
      <w:r w:rsidRPr="002608A3">
        <w:t>Implemented RESTful APIs and integrated third-party services to enrich application features.</w:t>
      </w:r>
    </w:p>
    <w:p w:rsidRPr="002608A3" w:rsidR="002608A3" w:rsidP="002608A3" w:rsidRDefault="002608A3" w14:paraId="62CABFEC" w14:textId="77777777">
      <w:pPr>
        <w:numPr>
          <w:ilvl w:val="0"/>
          <w:numId w:val="21"/>
        </w:numPr>
      </w:pPr>
      <w:r w:rsidRPr="002608A3">
        <w:t>Participated in code reviews and contributed to best practices for code quality and maintainability.</w:t>
      </w:r>
    </w:p>
    <w:p w:rsidRPr="00E64899" w:rsidR="00F64C1B" w:rsidP="00F64C1B" w:rsidRDefault="002608A3" w14:paraId="51BB6A4D" w14:textId="30E12022">
      <w:pPr>
        <w:numPr>
          <w:ilvl w:val="0"/>
          <w:numId w:val="21"/>
        </w:numPr>
        <w:rPr>
          <w:rFonts w:asciiTheme="majorHAnsi" w:hAnsiTheme="majorHAnsi" w:eastAsiaTheme="majorEastAsia" w:cstheme="majorBidi"/>
          <w:b/>
          <w:caps/>
          <w:sz w:val="28"/>
          <w:szCs w:val="28"/>
        </w:rPr>
      </w:pPr>
      <w:r w:rsidRPr="002608A3">
        <w:t>Utilized front-end technologies like HTML, CSS, and JavaScript to create responsive user interfaces.</w:t>
      </w:r>
    </w:p>
    <w:p w:rsidR="00F64C1B" w:rsidP="00F64C1B" w:rsidRDefault="00F64C1B" w14:paraId="2DE49A8E" w14:textId="3CD372AE">
      <w:pPr>
        <w:pStyle w:val="Heading1"/>
      </w:pPr>
    </w:p>
    <w:p w:rsidR="00F64C1B" w:rsidP="2829BB72" w:rsidRDefault="00F64C1B" w14:paraId="40F8F4A4" w14:textId="4933CFA2">
      <w:pPr/>
      <w:r>
        <w:br w:type="page"/>
      </w:r>
    </w:p>
    <w:p w:rsidR="00F64C1B" w:rsidP="2829BB72" w:rsidRDefault="00F64C1B" w14:paraId="373B372B" w14:textId="47D3B5FC">
      <w:pPr>
        <w:pStyle w:val="Heading1"/>
        <w:rPr>
          <w:b w:val="1"/>
          <w:bCs w:val="1"/>
          <w:caps w:val="0"/>
          <w:smallCaps w:val="0"/>
          <w:sz w:val="28"/>
          <w:szCs w:val="28"/>
        </w:rPr>
      </w:pPr>
      <w:r w:rsidR="00F64C1B">
        <w:rPr/>
        <w:t>Education</w:t>
      </w:r>
    </w:p>
    <w:p w:rsidRPr="00047AC3" w:rsidR="00F64C1B" w:rsidP="00047AC3" w:rsidRDefault="00F64C1B" w14:paraId="29AB0976" w14:textId="6CBA52C8">
      <w:pPr>
        <w:tabs>
          <w:tab w:val="right" w:pos="8467"/>
        </w:tabs>
        <w:rPr>
          <w:rFonts w:asciiTheme="majorHAnsi" w:hAnsiTheme="majorHAnsi" w:eastAsiaTheme="majorEastAsia" w:cstheme="majorBidi"/>
          <w:smallCaps/>
          <w:color w:val="000000" w:themeColor="text1"/>
          <w:sz w:val="24"/>
          <w:szCs w:val="28"/>
        </w:rPr>
      </w:pPr>
      <w:r>
        <w:rPr>
          <w:rFonts w:asciiTheme="majorHAnsi" w:hAnsiTheme="majorHAnsi" w:eastAsiaTheme="majorEastAsia" w:cstheme="majorBidi"/>
          <w:b/>
          <w:caps/>
          <w:sz w:val="28"/>
          <w:szCs w:val="28"/>
        </w:rPr>
        <w:t>State university of New york at new paltz</w:t>
      </w:r>
      <w:r w:rsidR="00047AC3">
        <w:rPr>
          <w:rFonts w:asciiTheme="majorHAnsi" w:hAnsiTheme="majorHAnsi" w:eastAsiaTheme="majorEastAsia" w:cstheme="majorBidi"/>
          <w:b/>
          <w:caps/>
          <w:sz w:val="28"/>
          <w:szCs w:val="28"/>
        </w:rPr>
        <w:t xml:space="preserve"> </w:t>
      </w:r>
      <w:r w:rsidR="00047AC3">
        <w:rPr>
          <w:rFonts w:asciiTheme="majorHAnsi" w:hAnsiTheme="majorHAnsi" w:eastAsiaTheme="majorEastAsia" w:cstheme="majorBidi"/>
          <w:b/>
          <w:caps/>
          <w:sz w:val="28"/>
          <w:szCs w:val="28"/>
        </w:rPr>
        <w:tab/>
      </w:r>
      <w:r w:rsidR="00047AC3">
        <w:rPr>
          <w:rFonts w:asciiTheme="majorHAnsi" w:hAnsiTheme="majorHAnsi" w:eastAsiaTheme="majorEastAsia" w:cstheme="majorBidi"/>
          <w:b/>
          <w:caps/>
          <w:sz w:val="28"/>
          <w:szCs w:val="28"/>
        </w:rPr>
        <w:tab/>
      </w:r>
      <w:r w:rsidR="00047AC3">
        <w:rPr>
          <w:rStyle w:val="SubtitleChar"/>
          <w:color w:val="000000" w:themeColor="text1"/>
        </w:rPr>
        <w:t>Aug</w:t>
      </w:r>
      <w:r w:rsidRPr="00081409" w:rsidR="00047AC3">
        <w:rPr>
          <w:rStyle w:val="SubtitleChar"/>
          <w:color w:val="000000" w:themeColor="text1"/>
        </w:rPr>
        <w:t xml:space="preserve"> </w:t>
      </w:r>
      <w:r w:rsidR="00047AC3">
        <w:rPr>
          <w:rStyle w:val="SubtitleChar"/>
          <w:color w:val="000000" w:themeColor="text1"/>
        </w:rPr>
        <w:t xml:space="preserve">2014 </w:t>
      </w:r>
      <w:r w:rsidRPr="00081409" w:rsidR="00047AC3">
        <w:rPr>
          <w:rStyle w:val="SubtitleChar"/>
          <w:color w:val="000000" w:themeColor="text1"/>
        </w:rPr>
        <w:t xml:space="preserve">– </w:t>
      </w:r>
      <w:r w:rsidR="00047AC3">
        <w:rPr>
          <w:rStyle w:val="SubtitleChar"/>
          <w:color w:val="000000" w:themeColor="text1"/>
        </w:rPr>
        <w:t>Jun 2018</w:t>
      </w:r>
    </w:p>
    <w:p w:rsidR="00047AC3" w:rsidP="00047AC3" w:rsidRDefault="00F64C1B" w14:paraId="088832CF" w14:textId="561BA0EB">
      <w:pPr>
        <w:tabs>
          <w:tab w:val="num" w:pos="720"/>
        </w:tabs>
        <w:rPr>
          <w:rStyle w:val="SubtitleChar"/>
          <w:color w:val="000000" w:themeColor="text1"/>
        </w:rPr>
      </w:pPr>
      <w:r>
        <w:rPr>
          <w:rStyle w:val="SubtitleChar"/>
          <w:color w:val="000000" w:themeColor="text1"/>
        </w:rPr>
        <w:t>BACHELOR OF SCIENCE IN COMPUTER SCIENCE</w:t>
      </w:r>
      <w:r w:rsidR="00047AC3">
        <w:rPr>
          <w:rStyle w:val="SubtitleChar"/>
          <w:color w:val="000000" w:themeColor="text1"/>
        </w:rPr>
        <w:t xml:space="preserve"> | </w:t>
      </w:r>
      <w:r>
        <w:rPr>
          <w:rStyle w:val="SubtitleChar"/>
          <w:color w:val="000000" w:themeColor="text1"/>
        </w:rPr>
        <w:t>New Paltz</w:t>
      </w:r>
      <w:r w:rsidRPr="00535C4A">
        <w:rPr>
          <w:rStyle w:val="SubtitleChar"/>
          <w:color w:val="000000" w:themeColor="text1"/>
        </w:rPr>
        <w:t>, N</w:t>
      </w:r>
      <w:r w:rsidR="00047AC3">
        <w:rPr>
          <w:rStyle w:val="SubtitleChar"/>
          <w:color w:val="000000" w:themeColor="text1"/>
        </w:rPr>
        <w:t>Y</w:t>
      </w:r>
    </w:p>
    <w:p w:rsidRPr="00F64C1B" w:rsidR="00F64C1B" w:rsidP="00047AC3" w:rsidRDefault="00F64C1B" w14:paraId="4E58A6F8" w14:textId="64157390">
      <w:pPr>
        <w:pStyle w:val="ListParagraph"/>
        <w:numPr>
          <w:ilvl w:val="0"/>
          <w:numId w:val="22"/>
        </w:numPr>
      </w:pPr>
      <w:proofErr w:type="gramStart"/>
      <w:r w:rsidRPr="00047AC3">
        <w:rPr>
          <w:i/>
          <w:iCs/>
        </w:rPr>
        <w:t>Earned</w:t>
      </w:r>
      <w:proofErr w:type="gramEnd"/>
      <w:r w:rsidRPr="00047AC3">
        <w:rPr>
          <w:i/>
          <w:iCs/>
        </w:rPr>
        <w:t xml:space="preserve"> a Bachelor of Science in Computer Science from State University of New Paltz.</w:t>
      </w:r>
    </w:p>
    <w:p w:rsidRPr="00F64C1B" w:rsidR="00F64C1B" w:rsidP="00F64C1B" w:rsidRDefault="00F64C1B" w14:paraId="3A0A62F1" w14:textId="77777777">
      <w:pPr>
        <w:numPr>
          <w:ilvl w:val="0"/>
          <w:numId w:val="22"/>
        </w:numPr>
      </w:pPr>
      <w:r w:rsidRPr="00F64C1B">
        <w:rPr>
          <w:i/>
          <w:iCs/>
        </w:rPr>
        <w:t>Key coursework included Data Structures, Algorithms, Software Engineering, and Database Management.</w:t>
      </w:r>
    </w:p>
    <w:p w:rsidRPr="00047AC3" w:rsidR="00F64C1B" w:rsidP="00F64C1B" w:rsidRDefault="00F64C1B" w14:paraId="7FEB689C" w14:textId="2ECFBED1">
      <w:pPr>
        <w:numPr>
          <w:ilvl w:val="0"/>
          <w:numId w:val="22"/>
        </w:numPr>
      </w:pPr>
      <w:r w:rsidRPr="00F64C1B">
        <w:rPr>
          <w:i/>
          <w:iCs/>
        </w:rPr>
        <w:t>Capstone project was an internship as a .NET Web Applications developer for a local business.</w:t>
      </w:r>
    </w:p>
    <w:p w:rsidRPr="00047AC3" w:rsidR="00047AC3" w:rsidP="00047AC3" w:rsidRDefault="00047AC3" w14:paraId="3AD658FA" w14:textId="306BE1A1">
      <w:pPr>
        <w:tabs>
          <w:tab w:val="right" w:pos="8467"/>
        </w:tabs>
        <w:rPr>
          <w:rFonts w:asciiTheme="majorHAnsi" w:hAnsiTheme="majorHAnsi" w:eastAsiaTheme="majorEastAsia" w:cstheme="majorBidi"/>
          <w:smallCaps/>
          <w:color w:val="000000" w:themeColor="text1"/>
          <w:sz w:val="24"/>
          <w:szCs w:val="28"/>
        </w:rPr>
      </w:pPr>
      <w:r>
        <w:rPr>
          <w:rFonts w:asciiTheme="majorHAnsi" w:hAnsiTheme="majorHAnsi" w:eastAsiaTheme="majorEastAsia" w:cstheme="majorBidi"/>
          <w:b/>
          <w:caps/>
          <w:sz w:val="28"/>
          <w:szCs w:val="28"/>
        </w:rPr>
        <w:t xml:space="preserve">uLSTER COUNTY COMMUNITY COLLEGE </w:t>
      </w:r>
      <w:r>
        <w:rPr>
          <w:rFonts w:asciiTheme="majorHAnsi" w:hAnsiTheme="majorHAnsi" w:eastAsiaTheme="majorEastAsia" w:cstheme="majorBidi"/>
          <w:b/>
          <w:caps/>
          <w:sz w:val="28"/>
          <w:szCs w:val="28"/>
        </w:rPr>
        <w:tab/>
      </w:r>
      <w:r>
        <w:rPr>
          <w:rFonts w:asciiTheme="majorHAnsi" w:hAnsiTheme="majorHAnsi" w:eastAsiaTheme="majorEastAsia" w:cstheme="majorBidi"/>
          <w:b/>
          <w:caps/>
          <w:sz w:val="28"/>
          <w:szCs w:val="28"/>
        </w:rPr>
        <w:tab/>
      </w:r>
      <w:r>
        <w:rPr>
          <w:rStyle w:val="SubtitleChar"/>
          <w:color w:val="000000" w:themeColor="text1"/>
        </w:rPr>
        <w:t>Aug</w:t>
      </w:r>
      <w:r w:rsidRPr="00081409">
        <w:rPr>
          <w:rStyle w:val="SubtitleChar"/>
          <w:color w:val="000000" w:themeColor="text1"/>
        </w:rPr>
        <w:t xml:space="preserve"> </w:t>
      </w:r>
      <w:r>
        <w:rPr>
          <w:rStyle w:val="SubtitleChar"/>
          <w:color w:val="000000" w:themeColor="text1"/>
        </w:rPr>
        <w:t xml:space="preserve">2012 </w:t>
      </w:r>
      <w:r w:rsidRPr="00081409">
        <w:rPr>
          <w:rStyle w:val="SubtitleChar"/>
          <w:color w:val="000000" w:themeColor="text1"/>
        </w:rPr>
        <w:t xml:space="preserve">– </w:t>
      </w:r>
      <w:r>
        <w:rPr>
          <w:rStyle w:val="SubtitleChar"/>
          <w:color w:val="000000" w:themeColor="text1"/>
        </w:rPr>
        <w:t>Jun 2014</w:t>
      </w:r>
    </w:p>
    <w:p w:rsidR="00047AC3" w:rsidP="00047AC3" w:rsidRDefault="00047AC3" w14:paraId="4C204583" w14:textId="22534550">
      <w:pPr>
        <w:tabs>
          <w:tab w:val="num" w:pos="720"/>
        </w:tabs>
        <w:rPr>
          <w:rStyle w:val="SubtitleChar"/>
          <w:color w:val="000000" w:themeColor="text1"/>
        </w:rPr>
      </w:pPr>
      <w:r>
        <w:rPr>
          <w:rStyle w:val="SubtitleChar"/>
          <w:color w:val="000000" w:themeColor="text1"/>
        </w:rPr>
        <w:t>ASSOCIATE OF SCIENCE IN COMPUTER SCIENCE | STONE RIDGE</w:t>
      </w:r>
      <w:r w:rsidRPr="00535C4A">
        <w:rPr>
          <w:rStyle w:val="SubtitleChar"/>
          <w:color w:val="000000" w:themeColor="text1"/>
        </w:rPr>
        <w:t>, NY</w:t>
      </w:r>
    </w:p>
    <w:p w:rsidRPr="00047AC3" w:rsidR="00047AC3" w:rsidP="00047AC3" w:rsidRDefault="00047AC3" w14:paraId="13598AD0" w14:textId="77777777">
      <w:pPr>
        <w:numPr>
          <w:ilvl w:val="0"/>
          <w:numId w:val="23"/>
        </w:numPr>
        <w:rPr>
          <w:i/>
          <w:iCs/>
        </w:rPr>
      </w:pPr>
      <w:proofErr w:type="gramStart"/>
      <w:r w:rsidRPr="00047AC3">
        <w:rPr>
          <w:i/>
          <w:iCs/>
        </w:rPr>
        <w:t>Earned</w:t>
      </w:r>
      <w:proofErr w:type="gramEnd"/>
      <w:r w:rsidRPr="00047AC3">
        <w:rPr>
          <w:i/>
          <w:iCs/>
        </w:rPr>
        <w:t xml:space="preserve"> an Associates of Science in Computer Science from Ulster County Community College with a strong focus on programming languages, algorithms, and data structures.</w:t>
      </w:r>
    </w:p>
    <w:p w:rsidRPr="00047AC3" w:rsidR="00047AC3" w:rsidP="00047AC3" w:rsidRDefault="00047AC3" w14:paraId="6D2F1351" w14:textId="77777777">
      <w:pPr>
        <w:numPr>
          <w:ilvl w:val="0"/>
          <w:numId w:val="23"/>
        </w:numPr>
        <w:rPr>
          <w:i/>
          <w:iCs/>
        </w:rPr>
      </w:pPr>
      <w:r w:rsidRPr="00047AC3">
        <w:rPr>
          <w:i/>
          <w:iCs/>
        </w:rPr>
        <w:t>Completed key coursework in Java Programming, Database Management, and Web Development, fostering a well-rounded skill set.</w:t>
      </w:r>
    </w:p>
    <w:p w:rsidR="00047AC3" w:rsidP="00047AC3" w:rsidRDefault="00047AC3" w14:paraId="77B1BE84" w14:textId="2999192F">
      <w:pPr>
        <w:pStyle w:val="Heading1"/>
      </w:pPr>
      <w:r>
        <w:t>Projects/Key achievements</w:t>
      </w:r>
    </w:p>
    <w:p w:rsidR="00CE19B1" w:rsidP="00CE19B1" w:rsidRDefault="00CE19B1" w14:paraId="3BF9A097" w14:textId="77777777">
      <w:pPr>
        <w:rPr>
          <w:rFonts w:asciiTheme="majorHAnsi" w:hAnsiTheme="majorHAnsi" w:eastAsiaTheme="majorEastAsia" w:cstheme="majorBidi"/>
          <w:b/>
          <w:caps/>
          <w:sz w:val="28"/>
          <w:szCs w:val="28"/>
        </w:rPr>
      </w:pPr>
      <w:r w:rsidRPr="00CE19B1">
        <w:rPr>
          <w:rFonts w:asciiTheme="majorHAnsi" w:hAnsiTheme="majorHAnsi" w:eastAsiaTheme="majorEastAsia" w:cstheme="majorBidi"/>
          <w:b/>
          <w:caps/>
          <w:sz w:val="28"/>
          <w:szCs w:val="28"/>
        </w:rPr>
        <w:t>Overwolf Marvel Rivals Performance Metrics Application</w:t>
      </w:r>
    </w:p>
    <w:p w:rsidRPr="00CE19B1" w:rsidR="00CE19B1" w:rsidP="2829BB72" w:rsidRDefault="00CE19B1" w14:paraId="1B676C35" w14:textId="7DF947E7">
      <w:pPr>
        <w:pStyle w:val="ListParagraph"/>
        <w:numPr>
          <w:ilvl w:val="0"/>
          <w:numId w:val="26"/>
        </w:numPr>
        <w:rPr>
          <w:i w:val="1"/>
          <w:iCs w:val="1"/>
        </w:rPr>
      </w:pPr>
      <w:r w:rsidRPr="2829BB72" w:rsidR="00CE19B1">
        <w:rPr>
          <w:i w:val="1"/>
          <w:iCs w:val="1"/>
        </w:rPr>
        <w:t xml:space="preserve">Designed and developed an </w:t>
      </w:r>
      <w:r w:rsidRPr="2829BB72" w:rsidR="00CE19B1">
        <w:rPr>
          <w:i w:val="1"/>
          <w:iCs w:val="1"/>
        </w:rPr>
        <w:t>Overwolf</w:t>
      </w:r>
      <w:r w:rsidRPr="2829BB72" w:rsidR="00CE19B1">
        <w:rPr>
          <w:i w:val="1"/>
          <w:iCs w:val="1"/>
        </w:rPr>
        <w:t xml:space="preserve"> desktop application </w:t>
      </w:r>
      <w:r w:rsidRPr="2829BB72" w:rsidR="420631BB">
        <w:rPr>
          <w:i w:val="1"/>
          <w:iCs w:val="1"/>
        </w:rPr>
        <w:t xml:space="preserve">using Angular, </w:t>
      </w:r>
      <w:r w:rsidRPr="2829BB72" w:rsidR="00CE19B1">
        <w:rPr>
          <w:i w:val="1"/>
          <w:iCs w:val="1"/>
        </w:rPr>
        <w:t xml:space="preserve">that captures and analyzes real-time Marvel Rivals gameplay data, providing performance metrics and actionable insights for players. </w:t>
      </w:r>
    </w:p>
    <w:p w:rsidRPr="00CE19B1" w:rsidR="00CE19B1" w:rsidP="00047AC3" w:rsidRDefault="00CE19B1" w14:paraId="5C67D5FE" w14:textId="5EAFCE27">
      <w:pPr>
        <w:pStyle w:val="ListParagraph"/>
        <w:numPr>
          <w:ilvl w:val="0"/>
          <w:numId w:val="25"/>
        </w:numPr>
        <w:rPr>
          <w:i/>
          <w:iCs/>
        </w:rPr>
      </w:pPr>
      <w:r w:rsidRPr="00CE19B1">
        <w:rPr>
          <w:i/>
          <w:iCs/>
        </w:rPr>
        <w:t>Implemented efficient event handling and data processing to track in-game performance trends, optimize gameplay analysis, and support scalable feature expansion.</w:t>
      </w:r>
    </w:p>
    <w:p w:rsidRPr="00CE19B1" w:rsidR="00CE19B1" w:rsidP="00CE19B1" w:rsidRDefault="00CE19B1" w14:paraId="3DECD69D" w14:textId="77777777">
      <w:pPr>
        <w:rPr>
          <w:rFonts w:asciiTheme="majorHAnsi" w:hAnsiTheme="majorHAnsi" w:eastAsiaTheme="majorEastAsia" w:cstheme="majorBidi"/>
          <w:b/>
          <w:caps/>
          <w:sz w:val="28"/>
          <w:szCs w:val="28"/>
        </w:rPr>
      </w:pPr>
      <w:r w:rsidRPr="00CE19B1">
        <w:rPr>
          <w:rFonts w:asciiTheme="majorHAnsi" w:hAnsiTheme="majorHAnsi" w:eastAsiaTheme="majorEastAsia" w:cstheme="majorBidi"/>
          <w:b/>
          <w:caps/>
          <w:sz w:val="28"/>
          <w:szCs w:val="28"/>
        </w:rPr>
        <w:t>U.S. Navy Contract – Application Modernization &amp; Recovery</w:t>
      </w:r>
    </w:p>
    <w:p w:rsidRPr="00CE19B1" w:rsidR="00CE19B1" w:rsidP="00CE19B1" w:rsidRDefault="00CE19B1" w14:paraId="41F21A3B" w14:textId="77777777">
      <w:pPr>
        <w:numPr>
          <w:ilvl w:val="0"/>
          <w:numId w:val="24"/>
        </w:numPr>
        <w:rPr>
          <w:i/>
          <w:iCs/>
        </w:rPr>
      </w:pPr>
      <w:r w:rsidRPr="00CE19B1">
        <w:rPr>
          <w:i/>
          <w:iCs/>
        </w:rPr>
        <w:t>Successfully took over and stabilized a mission-critical Navy web application following a failed handoff from a previous software vendor.</w:t>
      </w:r>
    </w:p>
    <w:p w:rsidRPr="00CE19B1" w:rsidR="00CE19B1" w:rsidP="00CE19B1" w:rsidRDefault="00CE19B1" w14:paraId="7FE51110" w14:textId="77777777">
      <w:pPr>
        <w:numPr>
          <w:ilvl w:val="0"/>
          <w:numId w:val="24"/>
        </w:numPr>
        <w:rPr>
          <w:i/>
          <w:iCs/>
        </w:rPr>
      </w:pPr>
      <w:r w:rsidRPr="00CE19B1">
        <w:rPr>
          <w:i/>
          <w:iCs/>
        </w:rPr>
        <w:t>Led the migration and modernization of the application, resolving legacy issues and restoring stakeholder confidence.</w:t>
      </w:r>
    </w:p>
    <w:p w:rsidRPr="00CE19B1" w:rsidR="00CE19B1" w:rsidP="00CE19B1" w:rsidRDefault="00CE19B1" w14:paraId="11CC8588" w14:textId="77777777">
      <w:pPr>
        <w:numPr>
          <w:ilvl w:val="0"/>
          <w:numId w:val="24"/>
        </w:numPr>
        <w:rPr>
          <w:i/>
          <w:iCs/>
        </w:rPr>
      </w:pPr>
      <w:r w:rsidRPr="00CE19B1">
        <w:rPr>
          <w:i/>
          <w:iCs/>
        </w:rPr>
        <w:t>Met 100% of aggressive weekly delivery deadlines in a high-accountability federal environment.</w:t>
      </w:r>
    </w:p>
    <w:p w:rsidRPr="00CE19B1" w:rsidR="00CE19B1" w:rsidP="00CE19B1" w:rsidRDefault="00CE19B1" w14:paraId="6E2B697A" w14:textId="77777777">
      <w:pPr>
        <w:numPr>
          <w:ilvl w:val="0"/>
          <w:numId w:val="24"/>
        </w:numPr>
        <w:rPr>
          <w:i/>
          <w:iCs/>
        </w:rPr>
      </w:pPr>
      <w:r w:rsidRPr="00CE19B1">
        <w:rPr>
          <w:i/>
          <w:iCs/>
        </w:rPr>
        <w:t>Refactored and optimized existing code to improve reliability, maintainability, and performance.</w:t>
      </w:r>
    </w:p>
    <w:p w:rsidR="00CE19B1" w:rsidP="00CE19B1" w:rsidRDefault="00CE19B1" w14:paraId="127A5A92" w14:textId="77777777">
      <w:pPr>
        <w:numPr>
          <w:ilvl w:val="0"/>
          <w:numId w:val="24"/>
        </w:numPr>
        <w:rPr>
          <w:i/>
          <w:iCs/>
        </w:rPr>
      </w:pPr>
      <w:r w:rsidRPr="00CE19B1">
        <w:rPr>
          <w:i/>
          <w:iCs/>
        </w:rPr>
        <w:t>Collaborated closely with Navy stakeholders and internal teams to clarify requirements, prioritize fixes, and deliver measurable progress each sprint.</w:t>
      </w:r>
    </w:p>
    <w:p w:rsidRPr="00CE19B1" w:rsidR="00CE19B1" w:rsidP="00CE19B1" w:rsidRDefault="00CE19B1" w14:paraId="4F81AC06" w14:textId="77777777">
      <w:pPr>
        <w:rPr>
          <w:rFonts w:asciiTheme="majorHAnsi" w:hAnsiTheme="majorHAnsi" w:eastAsiaTheme="majorEastAsia" w:cstheme="majorBidi"/>
          <w:b/>
          <w:caps/>
          <w:sz w:val="28"/>
          <w:szCs w:val="28"/>
        </w:rPr>
      </w:pPr>
      <w:r w:rsidRPr="00CE19B1">
        <w:rPr>
          <w:rFonts w:asciiTheme="majorHAnsi" w:hAnsiTheme="majorHAnsi" w:eastAsiaTheme="majorEastAsia" w:cstheme="majorBidi"/>
          <w:b/>
          <w:caps/>
          <w:sz w:val="28"/>
          <w:szCs w:val="28"/>
        </w:rPr>
        <w:t>Capstone Project – Android World Cup Soccer Application</w:t>
      </w:r>
    </w:p>
    <w:p w:rsidRPr="00CE19B1" w:rsidR="00CE19B1" w:rsidP="00CE19B1" w:rsidRDefault="00CE19B1" w14:paraId="3CB138DF" w14:textId="77777777">
      <w:pPr>
        <w:numPr>
          <w:ilvl w:val="0"/>
          <w:numId w:val="24"/>
        </w:numPr>
        <w:rPr>
          <w:i/>
          <w:iCs/>
        </w:rPr>
      </w:pPr>
      <w:r w:rsidRPr="00CE19B1">
        <w:rPr>
          <w:i/>
          <w:iCs/>
        </w:rPr>
        <w:t>Successfully completed a graduation capstone project by collaborating with a three-member team to design and develop an Android-based World Cup soccer application.</w:t>
      </w:r>
    </w:p>
    <w:p w:rsidRPr="00CE19B1" w:rsidR="00CE19B1" w:rsidP="2829BB72" w:rsidRDefault="00CE19B1" w14:paraId="75DFA2EB" w14:textId="07731D1D">
      <w:pPr>
        <w:numPr>
          <w:ilvl w:val="0"/>
          <w:numId w:val="24"/>
        </w:numPr>
        <w:rPr>
          <w:i w:val="1"/>
          <w:iCs w:val="1"/>
        </w:rPr>
      </w:pPr>
      <w:r w:rsidRPr="2829BB72" w:rsidR="00CE19B1">
        <w:rPr>
          <w:i w:val="1"/>
          <w:iCs w:val="1"/>
        </w:rPr>
        <w:t>Contributed to application architecture, feature implementation, and testing to deliver a fully functional</w:t>
      </w:r>
      <w:r w:rsidRPr="2829BB72" w:rsidR="2AA2FFBD">
        <w:rPr>
          <w:i w:val="1"/>
          <w:iCs w:val="1"/>
        </w:rPr>
        <w:t xml:space="preserve"> Android</w:t>
      </w:r>
      <w:r w:rsidRPr="2829BB72" w:rsidR="00CE19B1">
        <w:rPr>
          <w:i w:val="1"/>
          <w:iCs w:val="1"/>
        </w:rPr>
        <w:t xml:space="preserve"> </w:t>
      </w:r>
      <w:r w:rsidRPr="2829BB72" w:rsidR="00CE19B1">
        <w:rPr>
          <w:i w:val="1"/>
          <w:iCs w:val="1"/>
        </w:rPr>
        <w:t>mobile app aligned with academic project goals.</w:t>
      </w:r>
    </w:p>
    <w:p w:rsidRPr="00CE19B1" w:rsidR="002051CA" w:rsidP="00CE19B1" w:rsidRDefault="00CE19B1" w14:paraId="5CF0D7D9" w14:textId="357F417E">
      <w:pPr>
        <w:numPr>
          <w:ilvl w:val="0"/>
          <w:numId w:val="24"/>
        </w:numPr>
        <w:rPr>
          <w:b/>
          <w:bCs/>
        </w:rPr>
      </w:pPr>
      <w:r w:rsidRPr="00CE19B1">
        <w:rPr>
          <w:i/>
          <w:iCs/>
        </w:rPr>
        <w:t>Demonstrated effective teamwork, problem-solving, and end-to-end application development skills from concept through delivery.</w:t>
      </w:r>
    </w:p>
    <w:sectPr w:rsidRPr="00CE19B1" w:rsidR="002051CA" w:rsidSect="00034616">
      <w:pgSz w:w="12240" w:h="15840" w:orient="portrait"/>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24123FB"/>
    <w:multiLevelType w:val="multilevel"/>
    <w:tmpl w:val="12C69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3F964C9"/>
    <w:multiLevelType w:val="multilevel"/>
    <w:tmpl w:val="C45EE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ABE216F"/>
    <w:multiLevelType w:val="multilevel"/>
    <w:tmpl w:val="C45EE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50575AA"/>
    <w:multiLevelType w:val="multilevel"/>
    <w:tmpl w:val="BC06E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8B863D0"/>
    <w:multiLevelType w:val="multilevel"/>
    <w:tmpl w:val="DB1EC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AE371BA"/>
    <w:multiLevelType w:val="multilevel"/>
    <w:tmpl w:val="71D439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2DB46F4"/>
    <w:multiLevelType w:val="multilevel"/>
    <w:tmpl w:val="A072A4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30B622A"/>
    <w:multiLevelType w:val="hybridMultilevel"/>
    <w:tmpl w:val="CFEE8B60"/>
    <w:lvl w:ilvl="0" w:tplc="4C2ED946">
      <w:start w:val="1"/>
      <w:numFmt w:val="bullet"/>
      <w:lvlText w:val=""/>
      <w:lvlJc w:val="left"/>
      <w:pPr>
        <w:ind w:left="360" w:hanging="360"/>
      </w:pPr>
      <w:rPr>
        <w:rFonts w:hint="default" w:ascii="Symbol" w:hAnsi="Symbol"/>
      </w:rPr>
    </w:lvl>
    <w:lvl w:ilvl="1" w:tplc="0DC6DE2A">
      <w:start w:val="1"/>
      <w:numFmt w:val="bullet"/>
      <w:lvlText w:val="o"/>
      <w:lvlJc w:val="left"/>
      <w:pPr>
        <w:ind w:left="1080" w:hanging="360"/>
      </w:pPr>
      <w:rPr>
        <w:rFonts w:hint="default" w:ascii="Courier New" w:hAnsi="Courier New"/>
      </w:rPr>
    </w:lvl>
    <w:lvl w:ilvl="2" w:tplc="744AA330">
      <w:start w:val="1"/>
      <w:numFmt w:val="bullet"/>
      <w:lvlText w:val=""/>
      <w:lvlJc w:val="left"/>
      <w:pPr>
        <w:ind w:left="1800" w:hanging="360"/>
      </w:pPr>
      <w:rPr>
        <w:rFonts w:hint="default" w:ascii="Wingdings" w:hAnsi="Wingdings"/>
      </w:rPr>
    </w:lvl>
    <w:lvl w:ilvl="3" w:tplc="1046C18C">
      <w:start w:val="1"/>
      <w:numFmt w:val="bullet"/>
      <w:lvlText w:val=""/>
      <w:lvlJc w:val="left"/>
      <w:pPr>
        <w:ind w:left="2520" w:hanging="360"/>
      </w:pPr>
      <w:rPr>
        <w:rFonts w:hint="default" w:ascii="Symbol" w:hAnsi="Symbol"/>
      </w:rPr>
    </w:lvl>
    <w:lvl w:ilvl="4" w:tplc="8B8E4B6E">
      <w:start w:val="1"/>
      <w:numFmt w:val="bullet"/>
      <w:lvlText w:val="o"/>
      <w:lvlJc w:val="left"/>
      <w:pPr>
        <w:ind w:left="3240" w:hanging="360"/>
      </w:pPr>
      <w:rPr>
        <w:rFonts w:hint="default" w:ascii="Courier New" w:hAnsi="Courier New"/>
      </w:rPr>
    </w:lvl>
    <w:lvl w:ilvl="5" w:tplc="1512D60C">
      <w:start w:val="1"/>
      <w:numFmt w:val="bullet"/>
      <w:lvlText w:val=""/>
      <w:lvlJc w:val="left"/>
      <w:pPr>
        <w:ind w:left="3960" w:hanging="360"/>
      </w:pPr>
      <w:rPr>
        <w:rFonts w:hint="default" w:ascii="Wingdings" w:hAnsi="Wingdings"/>
      </w:rPr>
    </w:lvl>
    <w:lvl w:ilvl="6" w:tplc="06040276">
      <w:start w:val="1"/>
      <w:numFmt w:val="bullet"/>
      <w:lvlText w:val=""/>
      <w:lvlJc w:val="left"/>
      <w:pPr>
        <w:ind w:left="4680" w:hanging="360"/>
      </w:pPr>
      <w:rPr>
        <w:rFonts w:hint="default" w:ascii="Symbol" w:hAnsi="Symbol"/>
      </w:rPr>
    </w:lvl>
    <w:lvl w:ilvl="7" w:tplc="DF7E79B6">
      <w:start w:val="1"/>
      <w:numFmt w:val="bullet"/>
      <w:lvlText w:val="o"/>
      <w:lvlJc w:val="left"/>
      <w:pPr>
        <w:ind w:left="5400" w:hanging="360"/>
      </w:pPr>
      <w:rPr>
        <w:rFonts w:hint="default" w:ascii="Courier New" w:hAnsi="Courier New"/>
      </w:rPr>
    </w:lvl>
    <w:lvl w:ilvl="8" w:tplc="CD326D80">
      <w:start w:val="1"/>
      <w:numFmt w:val="bullet"/>
      <w:lvlText w:val=""/>
      <w:lvlJc w:val="left"/>
      <w:pPr>
        <w:ind w:left="6120" w:hanging="360"/>
      </w:pPr>
      <w:rPr>
        <w:rFonts w:hint="default" w:ascii="Wingdings" w:hAnsi="Wingdings"/>
      </w:rPr>
    </w:lvl>
  </w:abstractNum>
  <w:abstractNum w:abstractNumId="17" w15:restartNumberingAfterBreak="0">
    <w:nsid w:val="3503620F"/>
    <w:multiLevelType w:val="multilevel"/>
    <w:tmpl w:val="C45EE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5D15151"/>
    <w:multiLevelType w:val="hybridMultilevel"/>
    <w:tmpl w:val="99ACE0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47E1D50"/>
    <w:multiLevelType w:val="hybridMultilevel"/>
    <w:tmpl w:val="65C6F3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79C5686"/>
    <w:multiLevelType w:val="hybridMultilevel"/>
    <w:tmpl w:val="6868DD5A"/>
    <w:lvl w:ilvl="0" w:tplc="04090001">
      <w:start w:val="1"/>
      <w:numFmt w:val="bullet"/>
      <w:lvlText w:val=""/>
      <w:lvlJc w:val="left"/>
      <w:pPr>
        <w:ind w:left="720" w:hanging="360"/>
      </w:pPr>
      <w:rPr>
        <w:rFonts w:hint="default" w:ascii="Symbol" w:hAnsi="Symbol"/>
      </w:rPr>
    </w:lvl>
    <w:lvl w:ilvl="1" w:tplc="7256F186">
      <w:numFmt w:val="bullet"/>
      <w:lvlText w:val="·"/>
      <w:lvlJc w:val="left"/>
      <w:pPr>
        <w:ind w:left="1440" w:hanging="360"/>
      </w:pPr>
      <w:rPr>
        <w:rFonts w:hint="default" w:ascii="Cambria" w:hAnsi="Cambria" w:eastAsiaTheme="minorEastAsia" w:cstheme="minorBid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E633FA7"/>
    <w:multiLevelType w:val="hybridMultilevel"/>
    <w:tmpl w:val="70A02D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194245B"/>
    <w:multiLevelType w:val="multilevel"/>
    <w:tmpl w:val="BD0C26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5677139"/>
    <w:multiLevelType w:val="multilevel"/>
    <w:tmpl w:val="C45EE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A290258"/>
    <w:multiLevelType w:val="multilevel"/>
    <w:tmpl w:val="C45EE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F6B2400"/>
    <w:multiLevelType w:val="multilevel"/>
    <w:tmpl w:val="8F0437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D2724C0"/>
    <w:multiLevelType w:val="hybridMultilevel"/>
    <w:tmpl w:val="4C548D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51926796">
    <w:abstractNumId w:val="8"/>
  </w:num>
  <w:num w:numId="2" w16cid:durableId="1827168822">
    <w:abstractNumId w:val="6"/>
  </w:num>
  <w:num w:numId="3" w16cid:durableId="1092430620">
    <w:abstractNumId w:val="5"/>
  </w:num>
  <w:num w:numId="4" w16cid:durableId="1812358460">
    <w:abstractNumId w:val="4"/>
  </w:num>
  <w:num w:numId="5" w16cid:durableId="510608609">
    <w:abstractNumId w:val="7"/>
  </w:num>
  <w:num w:numId="6" w16cid:durableId="1109079799">
    <w:abstractNumId w:val="3"/>
  </w:num>
  <w:num w:numId="7" w16cid:durableId="464736656">
    <w:abstractNumId w:val="2"/>
  </w:num>
  <w:num w:numId="8" w16cid:durableId="1091050503">
    <w:abstractNumId w:val="1"/>
  </w:num>
  <w:num w:numId="9" w16cid:durableId="602035517">
    <w:abstractNumId w:val="0"/>
  </w:num>
  <w:num w:numId="10" w16cid:durableId="86200086">
    <w:abstractNumId w:val="20"/>
  </w:num>
  <w:num w:numId="11" w16cid:durableId="617565805">
    <w:abstractNumId w:val="26"/>
  </w:num>
  <w:num w:numId="12" w16cid:durableId="2000846510">
    <w:abstractNumId w:val="18"/>
  </w:num>
  <w:num w:numId="13" w16cid:durableId="2068528534">
    <w:abstractNumId w:val="19"/>
  </w:num>
  <w:num w:numId="14" w16cid:durableId="1232470755">
    <w:abstractNumId w:val="8"/>
  </w:num>
  <w:num w:numId="15" w16cid:durableId="1230339498">
    <w:abstractNumId w:val="25"/>
  </w:num>
  <w:num w:numId="16" w16cid:durableId="2027291612">
    <w:abstractNumId w:val="15"/>
  </w:num>
  <w:num w:numId="17" w16cid:durableId="76292122">
    <w:abstractNumId w:val="8"/>
  </w:num>
  <w:num w:numId="18" w16cid:durableId="1840146889">
    <w:abstractNumId w:val="22"/>
  </w:num>
  <w:num w:numId="19" w16cid:durableId="1282952077">
    <w:abstractNumId w:val="12"/>
  </w:num>
  <w:num w:numId="20" w16cid:durableId="2016418153">
    <w:abstractNumId w:val="14"/>
  </w:num>
  <w:num w:numId="21" w16cid:durableId="1360929648">
    <w:abstractNumId w:val="9"/>
  </w:num>
  <w:num w:numId="22" w16cid:durableId="1290042771">
    <w:abstractNumId w:val="11"/>
  </w:num>
  <w:num w:numId="23" w16cid:durableId="716047019">
    <w:abstractNumId w:val="13"/>
  </w:num>
  <w:num w:numId="24" w16cid:durableId="867378318">
    <w:abstractNumId w:val="10"/>
  </w:num>
  <w:num w:numId="25" w16cid:durableId="1499733538">
    <w:abstractNumId w:val="17"/>
  </w:num>
  <w:num w:numId="26" w16cid:durableId="912280926">
    <w:abstractNumId w:val="23"/>
  </w:num>
  <w:num w:numId="27" w16cid:durableId="632636441">
    <w:abstractNumId w:val="24"/>
  </w:num>
  <w:num w:numId="28" w16cid:durableId="1140730200">
    <w:abstractNumId w:val="21"/>
  </w:num>
  <w:num w:numId="29" w16cid:durableId="527529535">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34616"/>
    <w:rsid w:val="00047AC3"/>
    <w:rsid w:val="0006063C"/>
    <w:rsid w:val="00081409"/>
    <w:rsid w:val="00124C28"/>
    <w:rsid w:val="0015074B"/>
    <w:rsid w:val="002051CA"/>
    <w:rsid w:val="002608A3"/>
    <w:rsid w:val="00277259"/>
    <w:rsid w:val="0029639D"/>
    <w:rsid w:val="00326F90"/>
    <w:rsid w:val="00443B3E"/>
    <w:rsid w:val="00464984"/>
    <w:rsid w:val="00535C4A"/>
    <w:rsid w:val="006B4E92"/>
    <w:rsid w:val="007F49F4"/>
    <w:rsid w:val="0091264E"/>
    <w:rsid w:val="00AA1D8D"/>
    <w:rsid w:val="00B47730"/>
    <w:rsid w:val="00CB0664"/>
    <w:rsid w:val="00CE19B1"/>
    <w:rsid w:val="00D375C8"/>
    <w:rsid w:val="00D51B0A"/>
    <w:rsid w:val="00E00C9B"/>
    <w:rsid w:val="00E26A8E"/>
    <w:rsid w:val="00E64899"/>
    <w:rsid w:val="00F64C1B"/>
    <w:rsid w:val="00F72AE1"/>
    <w:rsid w:val="00F86CCC"/>
    <w:rsid w:val="00FC693F"/>
    <w:rsid w:val="08B97178"/>
    <w:rsid w:val="132A2F34"/>
    <w:rsid w:val="18A212C0"/>
    <w:rsid w:val="2360BE2C"/>
    <w:rsid w:val="2829BB72"/>
    <w:rsid w:val="2AA2FFBD"/>
    <w:rsid w:val="336136D6"/>
    <w:rsid w:val="3743EF14"/>
    <w:rsid w:val="420631BB"/>
    <w:rsid w:val="5DB8BA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BA3B0"/>
  <w14:defaultImageDpi w14:val="330"/>
  <w15:docId w15:val="{D5435D48-3344-412F-8FF5-BB825BFF4F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4C28"/>
  </w:style>
  <w:style w:type="paragraph" w:styleId="Heading1">
    <w:name w:val="heading 1"/>
    <w:basedOn w:val="Normal"/>
    <w:next w:val="Normal"/>
    <w:link w:val="Heading1Char"/>
    <w:uiPriority w:val="9"/>
    <w:qFormat/>
    <w:rsid w:val="00124C28"/>
    <w:pPr>
      <w:keepNext/>
      <w:keepLines/>
      <w:spacing w:before="400" w:after="40" w:line="240" w:lineRule="auto"/>
      <w:outlineLvl w:val="0"/>
    </w:pPr>
    <w:rPr>
      <w:rFonts w:asciiTheme="majorHAnsi" w:hAnsiTheme="majorHAnsi" w:eastAsiaTheme="majorEastAsia" w:cstheme="majorBidi"/>
      <w:caps/>
      <w:sz w:val="36"/>
      <w:szCs w:val="36"/>
    </w:rPr>
  </w:style>
  <w:style w:type="paragraph" w:styleId="Heading2">
    <w:name w:val="heading 2"/>
    <w:basedOn w:val="Normal"/>
    <w:next w:val="Normal"/>
    <w:link w:val="Heading2Char"/>
    <w:uiPriority w:val="9"/>
    <w:unhideWhenUsed/>
    <w:qFormat/>
    <w:rsid w:val="00124C28"/>
    <w:pPr>
      <w:keepNext/>
      <w:keepLines/>
      <w:spacing w:before="120" w:after="0" w:line="240" w:lineRule="auto"/>
      <w:outlineLvl w:val="1"/>
    </w:pPr>
    <w:rPr>
      <w:rFonts w:asciiTheme="majorHAnsi" w:hAnsiTheme="majorHAnsi" w:eastAsiaTheme="majorEastAsia" w:cstheme="majorBidi"/>
      <w:b/>
      <w:caps/>
      <w:sz w:val="28"/>
      <w:szCs w:val="28"/>
    </w:rPr>
  </w:style>
  <w:style w:type="paragraph" w:styleId="Heading3">
    <w:name w:val="heading 3"/>
    <w:basedOn w:val="Normal"/>
    <w:next w:val="Normal"/>
    <w:link w:val="Heading3Char"/>
    <w:uiPriority w:val="9"/>
    <w:unhideWhenUsed/>
    <w:qFormat/>
    <w:rsid w:val="00124C28"/>
    <w:pPr>
      <w:keepNext/>
      <w:keepLines/>
      <w:spacing w:before="120" w:after="0" w:line="240" w:lineRule="auto"/>
      <w:outlineLvl w:val="2"/>
    </w:pPr>
    <w:rPr>
      <w:rFonts w:asciiTheme="majorHAnsi" w:hAnsiTheme="majorHAnsi" w:eastAsiaTheme="majorEastAsia" w:cstheme="majorBidi"/>
      <w:b/>
      <w:smallCaps/>
      <w:sz w:val="28"/>
      <w:szCs w:val="28"/>
    </w:rPr>
  </w:style>
  <w:style w:type="paragraph" w:styleId="Heading4">
    <w:name w:val="heading 4"/>
    <w:basedOn w:val="Normal"/>
    <w:next w:val="Normal"/>
    <w:link w:val="Heading4Char"/>
    <w:uiPriority w:val="9"/>
    <w:unhideWhenUsed/>
    <w:qFormat/>
    <w:rsid w:val="00124C28"/>
    <w:pPr>
      <w:keepNext/>
      <w:keepLines/>
      <w:spacing w:before="120" w:after="0"/>
      <w:outlineLvl w:val="3"/>
    </w:pPr>
    <w:rPr>
      <w:rFonts w:asciiTheme="majorHAnsi" w:hAnsiTheme="majorHAnsi" w:eastAsiaTheme="majorEastAsia" w:cstheme="majorBidi"/>
      <w:caps/>
    </w:rPr>
  </w:style>
  <w:style w:type="paragraph" w:styleId="Heading5">
    <w:name w:val="heading 5"/>
    <w:basedOn w:val="Normal"/>
    <w:next w:val="Normal"/>
    <w:link w:val="Heading5Char"/>
    <w:uiPriority w:val="9"/>
    <w:semiHidden/>
    <w:unhideWhenUsed/>
    <w:qFormat/>
    <w:rsid w:val="00124C28"/>
    <w:pPr>
      <w:keepNext/>
      <w:keepLines/>
      <w:spacing w:before="120" w:after="0"/>
      <w:outlineLvl w:val="4"/>
    </w:pPr>
    <w:rPr>
      <w:rFonts w:asciiTheme="majorHAnsi" w:hAnsiTheme="majorHAnsi" w:eastAsiaTheme="majorEastAsia" w:cstheme="majorBidi"/>
      <w:i/>
      <w:iCs/>
      <w:caps/>
    </w:rPr>
  </w:style>
  <w:style w:type="paragraph" w:styleId="Heading6">
    <w:name w:val="heading 6"/>
    <w:basedOn w:val="Normal"/>
    <w:next w:val="Normal"/>
    <w:link w:val="Heading6Char"/>
    <w:uiPriority w:val="9"/>
    <w:semiHidden/>
    <w:unhideWhenUsed/>
    <w:qFormat/>
    <w:rsid w:val="00124C28"/>
    <w:pPr>
      <w:keepNext/>
      <w:keepLines/>
      <w:spacing w:before="120" w:after="0"/>
      <w:outlineLvl w:val="5"/>
    </w:pPr>
    <w:rPr>
      <w:rFonts w:asciiTheme="majorHAnsi" w:hAnsiTheme="majorHAnsi" w:eastAsiaTheme="majorEastAsia"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124C28"/>
    <w:pPr>
      <w:keepNext/>
      <w:keepLines/>
      <w:spacing w:before="120" w:after="0"/>
      <w:outlineLvl w:val="6"/>
    </w:pPr>
    <w:rPr>
      <w:rFonts w:asciiTheme="majorHAnsi" w:hAnsiTheme="majorHAnsi" w:eastAsiaTheme="majorEastAsia"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24C28"/>
    <w:pPr>
      <w:keepNext/>
      <w:keepLines/>
      <w:spacing w:before="120" w:after="0"/>
      <w:outlineLvl w:val="7"/>
    </w:pPr>
    <w:rPr>
      <w:rFonts w:asciiTheme="majorHAnsi" w:hAnsiTheme="majorHAnsi" w:eastAsiaTheme="majorEastAsia"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24C28"/>
    <w:pPr>
      <w:keepNext/>
      <w:keepLines/>
      <w:spacing w:before="120" w:after="0"/>
      <w:outlineLvl w:val="8"/>
    </w:pPr>
    <w:rPr>
      <w:rFonts w:asciiTheme="majorHAnsi" w:hAnsiTheme="majorHAnsi" w:eastAsiaTheme="majorEastAsia" w:cstheme="majorBidi"/>
      <w:b/>
      <w:bCs/>
      <w:i/>
      <w:iCs/>
      <w:caps/>
      <w:color w:val="7F7F7F" w:themeColor="text1" w:themeTint="8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124C28"/>
    <w:pPr>
      <w:spacing w:after="0" w:line="240" w:lineRule="auto"/>
    </w:pPr>
  </w:style>
  <w:style w:type="character" w:styleId="Heading1Char" w:customStyle="1">
    <w:name w:val="Heading 1 Char"/>
    <w:basedOn w:val="DefaultParagraphFont"/>
    <w:link w:val="Heading1"/>
    <w:uiPriority w:val="9"/>
    <w:rsid w:val="00124C28"/>
    <w:rPr>
      <w:rFonts w:asciiTheme="majorHAnsi" w:hAnsiTheme="majorHAnsi" w:eastAsiaTheme="majorEastAsia" w:cstheme="majorBidi"/>
      <w:caps/>
      <w:sz w:val="36"/>
      <w:szCs w:val="36"/>
    </w:rPr>
  </w:style>
  <w:style w:type="character" w:styleId="Heading2Char" w:customStyle="1">
    <w:name w:val="Heading 2 Char"/>
    <w:basedOn w:val="DefaultParagraphFont"/>
    <w:link w:val="Heading2"/>
    <w:uiPriority w:val="9"/>
    <w:rsid w:val="00124C28"/>
    <w:rPr>
      <w:rFonts w:asciiTheme="majorHAnsi" w:hAnsiTheme="majorHAnsi" w:eastAsiaTheme="majorEastAsia" w:cstheme="majorBidi"/>
      <w:b/>
      <w:caps/>
      <w:sz w:val="28"/>
      <w:szCs w:val="28"/>
    </w:rPr>
  </w:style>
  <w:style w:type="character" w:styleId="Heading3Char" w:customStyle="1">
    <w:name w:val="Heading 3 Char"/>
    <w:basedOn w:val="DefaultParagraphFont"/>
    <w:link w:val="Heading3"/>
    <w:uiPriority w:val="9"/>
    <w:rsid w:val="00124C28"/>
    <w:rPr>
      <w:rFonts w:asciiTheme="majorHAnsi" w:hAnsiTheme="majorHAnsi" w:eastAsiaTheme="majorEastAsia" w:cstheme="majorBidi"/>
      <w:b/>
      <w:smallCaps/>
      <w:sz w:val="28"/>
      <w:szCs w:val="28"/>
    </w:rPr>
  </w:style>
  <w:style w:type="paragraph" w:styleId="Title">
    <w:name w:val="Title"/>
    <w:basedOn w:val="Normal"/>
    <w:next w:val="Normal"/>
    <w:link w:val="TitleChar"/>
    <w:uiPriority w:val="10"/>
    <w:qFormat/>
    <w:rsid w:val="00464984"/>
    <w:pPr>
      <w:spacing w:after="0" w:line="240" w:lineRule="auto"/>
      <w:contextualSpacing/>
    </w:pPr>
    <w:rPr>
      <w:rFonts w:eastAsiaTheme="majorEastAsia" w:cstheme="majorBidi"/>
      <w:caps/>
      <w:color w:val="404040" w:themeColor="text1" w:themeTint="BF"/>
      <w:spacing w:val="-10"/>
      <w:sz w:val="24"/>
      <w:szCs w:val="72"/>
    </w:rPr>
  </w:style>
  <w:style w:type="character" w:styleId="TitleChar" w:customStyle="1">
    <w:name w:val="Title Char"/>
    <w:basedOn w:val="DefaultParagraphFont"/>
    <w:link w:val="Title"/>
    <w:uiPriority w:val="10"/>
    <w:rsid w:val="00464984"/>
    <w:rPr>
      <w:rFonts w:eastAsiaTheme="majorEastAsia" w:cstheme="majorBidi"/>
      <w:caps/>
      <w:color w:val="404040" w:themeColor="text1" w:themeTint="BF"/>
      <w:spacing w:val="-10"/>
      <w:sz w:val="24"/>
      <w:szCs w:val="72"/>
    </w:rPr>
  </w:style>
  <w:style w:type="paragraph" w:styleId="Subtitle">
    <w:name w:val="Subtitle"/>
    <w:basedOn w:val="Normal"/>
    <w:next w:val="Normal"/>
    <w:link w:val="SubtitleChar"/>
    <w:uiPriority w:val="11"/>
    <w:qFormat/>
    <w:rsid w:val="00F64C1B"/>
    <w:pPr>
      <w:numPr>
        <w:ilvl w:val="1"/>
      </w:numPr>
    </w:pPr>
    <w:rPr>
      <w:rFonts w:asciiTheme="majorHAnsi" w:hAnsiTheme="majorHAnsi" w:eastAsiaTheme="majorEastAsia" w:cstheme="majorBidi"/>
      <w:smallCaps/>
      <w:color w:val="FFFFFF" w:themeColor="background1"/>
      <w:sz w:val="24"/>
      <w:szCs w:val="28"/>
    </w:rPr>
  </w:style>
  <w:style w:type="character" w:styleId="SubtitleChar" w:customStyle="1">
    <w:name w:val="Subtitle Char"/>
    <w:basedOn w:val="DefaultParagraphFont"/>
    <w:link w:val="Subtitle"/>
    <w:uiPriority w:val="11"/>
    <w:rsid w:val="00F64C1B"/>
    <w:rPr>
      <w:rFonts w:asciiTheme="majorHAnsi" w:hAnsiTheme="majorHAnsi" w:eastAsiaTheme="majorEastAsia" w:cstheme="majorBidi"/>
      <w:smallCaps/>
      <w:color w:val="FFFFFF" w:themeColor="background1"/>
      <w:sz w:val="24"/>
      <w:szCs w:val="28"/>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124C28"/>
    <w:pPr>
      <w:spacing w:before="160" w:line="240" w:lineRule="auto"/>
      <w:ind w:left="720" w:right="720"/>
    </w:pPr>
    <w:rPr>
      <w:rFonts w:asciiTheme="majorHAnsi" w:hAnsiTheme="majorHAnsi" w:eastAsiaTheme="majorEastAsia" w:cstheme="majorBidi"/>
      <w:sz w:val="25"/>
      <w:szCs w:val="25"/>
    </w:rPr>
  </w:style>
  <w:style w:type="character" w:styleId="QuoteChar" w:customStyle="1">
    <w:name w:val="Quote Char"/>
    <w:basedOn w:val="DefaultParagraphFont"/>
    <w:link w:val="Quote"/>
    <w:uiPriority w:val="29"/>
    <w:rsid w:val="00124C28"/>
    <w:rPr>
      <w:rFonts w:asciiTheme="majorHAnsi" w:hAnsiTheme="majorHAnsi" w:eastAsiaTheme="majorEastAsia" w:cstheme="majorBidi"/>
      <w:sz w:val="25"/>
      <w:szCs w:val="25"/>
    </w:rPr>
  </w:style>
  <w:style w:type="character" w:styleId="Heading4Char" w:customStyle="1">
    <w:name w:val="Heading 4 Char"/>
    <w:basedOn w:val="DefaultParagraphFont"/>
    <w:link w:val="Heading4"/>
    <w:uiPriority w:val="9"/>
    <w:rsid w:val="00124C28"/>
    <w:rPr>
      <w:rFonts w:asciiTheme="majorHAnsi" w:hAnsiTheme="majorHAnsi" w:eastAsiaTheme="majorEastAsia" w:cstheme="majorBidi"/>
      <w:caps/>
    </w:rPr>
  </w:style>
  <w:style w:type="character" w:styleId="Heading5Char" w:customStyle="1">
    <w:name w:val="Heading 5 Char"/>
    <w:basedOn w:val="DefaultParagraphFont"/>
    <w:link w:val="Heading5"/>
    <w:uiPriority w:val="9"/>
    <w:semiHidden/>
    <w:rsid w:val="00124C28"/>
    <w:rPr>
      <w:rFonts w:asciiTheme="majorHAnsi" w:hAnsiTheme="majorHAnsi" w:eastAsiaTheme="majorEastAsia" w:cstheme="majorBidi"/>
      <w:i/>
      <w:iCs/>
      <w:caps/>
    </w:rPr>
  </w:style>
  <w:style w:type="character" w:styleId="Heading6Char" w:customStyle="1">
    <w:name w:val="Heading 6 Char"/>
    <w:basedOn w:val="DefaultParagraphFont"/>
    <w:link w:val="Heading6"/>
    <w:uiPriority w:val="9"/>
    <w:semiHidden/>
    <w:rsid w:val="00124C28"/>
    <w:rPr>
      <w:rFonts w:asciiTheme="majorHAnsi" w:hAnsiTheme="majorHAnsi" w:eastAsiaTheme="majorEastAsia" w:cstheme="majorBidi"/>
      <w:b/>
      <w:bCs/>
      <w:caps/>
      <w:color w:val="262626" w:themeColor="text1" w:themeTint="D9"/>
      <w:sz w:val="20"/>
      <w:szCs w:val="20"/>
    </w:rPr>
  </w:style>
  <w:style w:type="character" w:styleId="Heading7Char" w:customStyle="1">
    <w:name w:val="Heading 7 Char"/>
    <w:basedOn w:val="DefaultParagraphFont"/>
    <w:link w:val="Heading7"/>
    <w:uiPriority w:val="9"/>
    <w:semiHidden/>
    <w:rsid w:val="00124C28"/>
    <w:rPr>
      <w:rFonts w:asciiTheme="majorHAnsi" w:hAnsiTheme="majorHAnsi" w:eastAsiaTheme="majorEastAsia" w:cstheme="majorBidi"/>
      <w:b/>
      <w:bCs/>
      <w:i/>
      <w:iCs/>
      <w:caps/>
      <w:color w:val="262626" w:themeColor="text1" w:themeTint="D9"/>
      <w:sz w:val="20"/>
      <w:szCs w:val="20"/>
    </w:rPr>
  </w:style>
  <w:style w:type="character" w:styleId="Heading8Char" w:customStyle="1">
    <w:name w:val="Heading 8 Char"/>
    <w:basedOn w:val="DefaultParagraphFont"/>
    <w:link w:val="Heading8"/>
    <w:uiPriority w:val="9"/>
    <w:semiHidden/>
    <w:rsid w:val="00124C28"/>
    <w:rPr>
      <w:rFonts w:asciiTheme="majorHAnsi" w:hAnsiTheme="majorHAnsi" w:eastAsiaTheme="majorEastAsia" w:cstheme="majorBidi"/>
      <w:b/>
      <w:bCs/>
      <w:caps/>
      <w:color w:val="7F7F7F" w:themeColor="text1" w:themeTint="80"/>
      <w:sz w:val="20"/>
      <w:szCs w:val="20"/>
    </w:rPr>
  </w:style>
  <w:style w:type="character" w:styleId="Heading9Char" w:customStyle="1">
    <w:name w:val="Heading 9 Char"/>
    <w:basedOn w:val="DefaultParagraphFont"/>
    <w:link w:val="Heading9"/>
    <w:uiPriority w:val="9"/>
    <w:semiHidden/>
    <w:rsid w:val="00124C28"/>
    <w:rPr>
      <w:rFonts w:asciiTheme="majorHAnsi" w:hAnsiTheme="majorHAnsi" w:eastAsiaTheme="majorEastAsia"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24C28"/>
    <w:pPr>
      <w:spacing w:line="240" w:lineRule="auto"/>
    </w:pPr>
    <w:rPr>
      <w:b/>
      <w:bCs/>
      <w:smallCaps/>
      <w:color w:val="595959" w:themeColor="text1" w:themeTint="A6"/>
    </w:rPr>
  </w:style>
  <w:style w:type="character" w:styleId="Strong">
    <w:name w:val="Strong"/>
    <w:basedOn w:val="DefaultParagraphFont"/>
    <w:uiPriority w:val="22"/>
    <w:qFormat/>
    <w:rsid w:val="00124C28"/>
    <w:rPr>
      <w:b/>
      <w:bCs/>
    </w:rPr>
  </w:style>
  <w:style w:type="character" w:styleId="Emphasis">
    <w:name w:val="Emphasis"/>
    <w:basedOn w:val="DefaultParagraphFont"/>
    <w:uiPriority w:val="20"/>
    <w:qFormat/>
    <w:rsid w:val="00124C28"/>
    <w:rPr>
      <w:i/>
      <w:iCs/>
    </w:rPr>
  </w:style>
  <w:style w:type="paragraph" w:styleId="IntenseQuote">
    <w:name w:val="Intense Quote"/>
    <w:basedOn w:val="Normal"/>
    <w:next w:val="Normal"/>
    <w:link w:val="IntenseQuoteChar"/>
    <w:uiPriority w:val="30"/>
    <w:qFormat/>
    <w:rsid w:val="00124C28"/>
    <w:pPr>
      <w:spacing w:before="280" w:after="280" w:line="240" w:lineRule="auto"/>
      <w:ind w:left="1080" w:right="1080"/>
      <w:jc w:val="center"/>
    </w:pPr>
    <w:rPr>
      <w:color w:val="404040" w:themeColor="text1" w:themeTint="BF"/>
      <w:sz w:val="32"/>
      <w:szCs w:val="32"/>
    </w:rPr>
  </w:style>
  <w:style w:type="character" w:styleId="IntenseQuoteChar" w:customStyle="1">
    <w:name w:val="Intense Quote Char"/>
    <w:basedOn w:val="DefaultParagraphFont"/>
    <w:link w:val="IntenseQuote"/>
    <w:uiPriority w:val="30"/>
    <w:rsid w:val="00124C28"/>
    <w:rPr>
      <w:color w:val="404040" w:themeColor="text1" w:themeTint="BF"/>
      <w:sz w:val="32"/>
      <w:szCs w:val="32"/>
    </w:rPr>
  </w:style>
  <w:style w:type="character" w:styleId="SubtleEmphasis">
    <w:name w:val="Subtle Emphasis"/>
    <w:basedOn w:val="DefaultParagraphFont"/>
    <w:uiPriority w:val="19"/>
    <w:qFormat/>
    <w:rsid w:val="00124C28"/>
    <w:rPr>
      <w:i/>
      <w:iCs/>
      <w:color w:val="595959" w:themeColor="text1" w:themeTint="A6"/>
    </w:rPr>
  </w:style>
  <w:style w:type="character" w:styleId="IntenseEmphasis">
    <w:name w:val="Intense Emphasis"/>
    <w:basedOn w:val="DefaultParagraphFont"/>
    <w:uiPriority w:val="21"/>
    <w:qFormat/>
    <w:rsid w:val="00124C28"/>
    <w:rPr>
      <w:b/>
      <w:bCs/>
      <w:i/>
      <w:iCs/>
    </w:rPr>
  </w:style>
  <w:style w:type="character" w:styleId="SubtleReference">
    <w:name w:val="Subtle Reference"/>
    <w:basedOn w:val="DefaultParagraphFont"/>
    <w:uiPriority w:val="31"/>
    <w:qFormat/>
    <w:rsid w:val="00124C2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24C28"/>
    <w:rPr>
      <w:b/>
      <w:bCs/>
      <w:caps w:val="0"/>
      <w:smallCaps/>
      <w:color w:val="auto"/>
      <w:spacing w:val="3"/>
      <w:u w:val="single"/>
    </w:rPr>
  </w:style>
  <w:style w:type="character" w:styleId="BookTitle">
    <w:name w:val="Book Title"/>
    <w:basedOn w:val="DefaultParagraphFont"/>
    <w:uiPriority w:val="33"/>
    <w:qFormat/>
    <w:rsid w:val="00124C28"/>
    <w:rPr>
      <w:b/>
      <w:bCs/>
      <w:smallCaps/>
      <w:spacing w:val="7"/>
    </w:rPr>
  </w:style>
  <w:style w:type="paragraph" w:styleId="TOCHeading">
    <w:name w:val="TOC Heading"/>
    <w:basedOn w:val="Heading1"/>
    <w:next w:val="Normal"/>
    <w:uiPriority w:val="39"/>
    <w:semiHidden/>
    <w:unhideWhenUsed/>
    <w:qFormat/>
    <w:rsid w:val="00124C28"/>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color="4472C4" w:themeColor="accent1" w:sz="8" w:space="0"/>
        <w:bottom w:val="single" w:color="4472C4" w:themeColor="accent1" w:sz="8" w:space="0"/>
      </w:tblBorders>
    </w:tblPr>
    <w:tblStylePr w:type="fir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240" w:lineRule="auto"/>
      </w:pPr>
      <w:rPr>
        <w:b/>
        <w:bCs/>
      </w:rPr>
      <w:tbl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color="5B9BD5" w:themeColor="accent5" w:sz="8" w:space="0"/>
        <w:bottom w:val="single" w:color="5B9BD5" w:themeColor="accent5" w:sz="8" w:space="0"/>
      </w:tblBorders>
    </w:tblPr>
    <w:tblStylePr w:type="fir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24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color="4472C4"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color="4472C4"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bl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BF0" w:themeFill="accent1" w:themeFillTint="3F"/>
      </w:tcPr>
    </w:tblStylePr>
    <w:tblStylePr w:type="band1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shd w:val="clear" w:color="auto" w:fill="D0DBF0" w:themeFill="accent1" w:themeFillTint="3F"/>
      </w:tcPr>
    </w:tblStylePr>
    <w:tblStylePr w:type="band2Horz">
      <w:tblPr/>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color="4472C4"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color="ED7D31"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color="ED7D31"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B"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shd w:val="clear" w:color="auto" w:fill="FADECB"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color="ED7D31"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color="A5A5A5"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color="A5A5A5"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color="A5A5A5"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color="FFC000"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color="FFC000"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C0"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shd w:val="clear" w:color="auto" w:fill="FFEFC0"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color="FFC000"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color="5B9BD5"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color="5B9BD5"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color="5B9BD5"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color="70AD47"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color="70AD47"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color="70AD47"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tblBorders>
    </w:tblPr>
    <w:tblStylePr w:type="firstRow">
      <w:pPr>
        <w:spacing w:before="0" w:after="0" w:line="240" w:lineRule="auto"/>
      </w:pPr>
      <w:rPr>
        <w:b/>
        <w:bCs/>
        <w:color w:val="FFFFFF" w:themeColor="background1"/>
      </w:rPr>
      <w:tblPr/>
      <w:tcPr>
        <w:tc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40" w:themeColor="accent4" w:themeTint="BF" w:sz="6" w:space="0"/>
          <w:left w:val="single" w:color="FFCF40" w:themeColor="accent4" w:themeTint="BF" w:sz="8" w:space="0"/>
          <w:bottom w:val="single" w:color="FFCF40" w:themeColor="accent4" w:themeTint="BF" w:sz="8" w:space="0"/>
          <w:right w:val="single" w:color="FFCF40"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tblBorders>
    </w:tblPr>
    <w:tblStylePr w:type="firstRow">
      <w:pPr>
        <w:spacing w:before="0" w:after="0" w:line="240" w:lineRule="auto"/>
      </w:pPr>
      <w:rPr>
        <w:b/>
        <w:bCs/>
        <w:color w:val="FFFFFF" w:themeColor="background1"/>
      </w:rPr>
      <w:tblPr/>
      <w:tcPr>
        <w:tc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nil"/>
          <w:insideV w:val="nil"/>
        </w:tcBorders>
        <w:shd w:val="clear" w:color="auto" w:fill="5B9BD5" w:themeFill="accent5"/>
      </w:tcPr>
    </w:tblStylePr>
    <w:tblStylePr w:type="lastRow">
      <w:pPr>
        <w:spacing w:before="0" w:after="0" w:line="240" w:lineRule="auto"/>
      </w:pPr>
      <w:rPr>
        <w:b/>
        <w:bCs/>
      </w:rPr>
      <w:tblPr/>
      <w:tcPr>
        <w:tcBorders>
          <w:top w:val="double" w:color="84B3DF" w:themeColor="accent5" w:themeTint="BF" w:sz="6" w:space="0"/>
          <w:left w:val="single" w:color="84B3DF" w:themeColor="accent5" w:themeTint="BF" w:sz="8" w:space="0"/>
          <w:bottom w:val="single" w:color="84B3DF" w:themeColor="accent5" w:themeTint="BF" w:sz="8" w:space="0"/>
          <w:right w:val="single" w:color="84B3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blPr/>
      <w:tcPr>
        <w:tcBorders>
          <w:top w:val="nil"/>
          <w:bottom w:val="single" w:color="4472C4" w:themeColor="accent1" w:sz="8" w:space="0"/>
        </w:tcBorders>
      </w:tcPr>
    </w:tblStylePr>
    <w:tblStylePr w:type="lastRow">
      <w:rPr>
        <w:b/>
        <w:bCs/>
        <w:color w:val="44546A" w:themeColor="text2"/>
      </w:rPr>
      <w:tblPr/>
      <w:tcPr>
        <w:tcBorders>
          <w:top w:val="single" w:color="4472C4" w:themeColor="accent1" w:sz="8" w:space="0"/>
          <w:bottom w:val="single" w:color="4472C4" w:themeColor="accent1" w:sz="8" w:space="0"/>
        </w:tcBorders>
      </w:tcPr>
    </w:tblStylePr>
    <w:tblStylePr w:type="firstCol">
      <w:rPr>
        <w:b/>
        <w:bCs/>
      </w:rPr>
    </w:tblStylePr>
    <w:tblStylePr w:type="lastCol">
      <w:rPr>
        <w:b/>
        <w:bCs/>
      </w:rPr>
      <w:tblPr/>
      <w:tcPr>
        <w:tcBorders>
          <w:top w:val="single" w:color="4472C4" w:themeColor="accent1" w:sz="8" w:space="0"/>
          <w:bottom w:val="single" w:color="4472C4" w:themeColor="accent1" w:sz="8" w:space="0"/>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B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B"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FFCF40" w:themeColor="accent4" w:themeTint="BF" w:sz="8" w:space="0"/>
        <w:left w:val="single" w:color="FFCF40" w:themeColor="accent4" w:themeTint="BF" w:sz="8" w:space="0"/>
        <w:bottom w:val="single" w:color="FFCF40" w:themeColor="accent4" w:themeTint="BF" w:sz="8" w:space="0"/>
        <w:right w:val="single" w:color="FFCF40" w:themeColor="accent4" w:themeTint="BF" w:sz="8" w:space="0"/>
        <w:insideH w:val="single" w:color="FFCF40" w:themeColor="accent4" w:themeTint="BF" w:sz="8" w:space="0"/>
        <w:insideV w:val="single" w:color="FFCF40" w:themeColor="accent4" w:themeTint="BF" w:sz="8" w:space="0"/>
      </w:tblBorders>
    </w:tblPr>
    <w:tcPr>
      <w:shd w:val="clear" w:color="auto" w:fill="FFEFC0" w:themeFill="accent4" w:themeFillTint="3F"/>
    </w:tcPr>
    <w:tblStylePr w:type="firstRow">
      <w:rPr>
        <w:b/>
        <w:bCs/>
      </w:rPr>
    </w:tblStylePr>
    <w:tblStylePr w:type="lastRow">
      <w:rPr>
        <w:b/>
        <w:bCs/>
      </w:rPr>
      <w:tblPr/>
      <w:tcPr>
        <w:tcBorders>
          <w:top w:val="single" w:color="FFCF40" w:themeColor="accent4" w:themeTint="BF" w:sz="18" w:space="0"/>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84B3DF" w:themeColor="accent5" w:themeTint="BF" w:sz="8" w:space="0"/>
        <w:left w:val="single" w:color="84B3DF" w:themeColor="accent5" w:themeTint="BF" w:sz="8" w:space="0"/>
        <w:bottom w:val="single" w:color="84B3DF" w:themeColor="accent5" w:themeTint="BF" w:sz="8" w:space="0"/>
        <w:right w:val="single" w:color="84B3DF" w:themeColor="accent5" w:themeTint="BF" w:sz="8" w:space="0"/>
        <w:insideH w:val="single" w:color="84B3DF" w:themeColor="accent5" w:themeTint="BF" w:sz="8" w:space="0"/>
        <w:insideV w:val="single" w:color="84B3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3DF" w:themeColor="accent5" w:themeTint="BF" w:sz="18" w:space="0"/>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color="4472C4" w:themeColor="accent1" w:sz="6" w:space="0"/>
          <w:insideV w:val="single" w:color="4472C4" w:themeColor="accent1" w:sz="6" w:space="0"/>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color="ED7D31" w:themeColor="accent2" w:sz="6" w:space="0"/>
          <w:insideV w:val="single" w:color="ED7D31" w:themeColor="accent2" w:sz="6" w:space="0"/>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color="A5A5A5" w:themeColor="accent3" w:sz="6" w:space="0"/>
          <w:insideV w:val="single" w:color="A5A5A5" w:themeColor="accent3" w:sz="6" w:space="0"/>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color="FFC000" w:themeColor="accent4" w:sz="6" w:space="0"/>
          <w:insideV w:val="single" w:color="FFC000" w:themeColor="accent4" w:sz="6" w:space="0"/>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color="5B9BD5" w:themeColor="accent5" w:sz="6" w:space="0"/>
          <w:insideV w:val="single" w:color="5B9BD5" w:themeColor="accent5" w:sz="6" w:space="0"/>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color="70AD47" w:themeColor="accent6" w:sz="6" w:space="0"/>
          <w:insideV w:val="single" w:color="70AD47" w:themeColor="accent6" w:sz="6" w:space="0"/>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BF0"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472C4"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472C4"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B"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D7D31"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D7D31"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5A5A5"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5A5A5"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C0"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FC000"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FC000"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8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B9BD5"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B9BD5"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C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0AD4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0AD4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0"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4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F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4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color="264378" w:themeColor="accent1" w:themeShade="99" w:sz="4" w:space="0"/>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color="9D470D" w:themeColor="accent2" w:themeShade="99" w:sz="4" w:space="0"/>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color="636363" w:themeColor="accent3" w:themeShade="99" w:sz="4" w:space="0"/>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6"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color="997300" w:themeColor="accent4" w:themeShade="99" w:sz="4" w:space="0"/>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B"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color="255D91" w:themeColor="accent5" w:themeShade="99" w:sz="4" w:space="0"/>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color="43672A" w:themeColor="accent6" w:themeShade="99" w:sz="4" w:space="0"/>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color="FFFFFF" w:themeColor="background1" w:sz="12" w:space="0"/>
        </w:tcBorders>
        <w:shd w:val="clear" w:color="auto" w:fill="D25F12" w:themeFill="accent2" w:themeFillShade="CC"/>
      </w:tcPr>
    </w:tblStylePr>
    <w:tblStylePr w:type="lastRow">
      <w:rPr>
        <w:b/>
        <w:bCs/>
        <w:color w:val="D25F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color="FFFFFF" w:themeColor="background1" w:sz="12" w:space="0"/>
        </w:tcBorders>
        <w:shd w:val="clear" w:color="auto" w:fill="CC9900" w:themeFill="accent4" w:themeFillShade="CC"/>
      </w:tcPr>
    </w:tblStylePr>
    <w:tblStylePr w:type="lastRow">
      <w:rPr>
        <w:b/>
        <w:bCs/>
        <w:color w:val="CC99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color="FFFFFF" w:themeColor="background1" w:sz="12" w:space="0"/>
        </w:tcBorders>
        <w:shd w:val="clear" w:color="auto" w:fill="848484"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color="FFFFFF" w:themeColor="background1" w:sz="12" w:space="0"/>
        </w:tcBorders>
        <w:shd w:val="clear" w:color="auto" w:fill="598A38" w:themeFill="accent6" w:themeFillShade="CC"/>
      </w:tcPr>
    </w:tblStylePr>
    <w:tblStylePr w:type="lastRow">
      <w:rPr>
        <w:b/>
        <w:bCs/>
        <w:color w:val="598A38"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color="FFFFFF" w:themeColor="background1" w:sz="12" w:space="0"/>
        </w:tcBorders>
        <w:shd w:val="clear" w:color="auto" w:fill="317CC1" w:themeFill="accent5" w:themeFillShade="CC"/>
      </w:tcPr>
    </w:tblStylePr>
    <w:tblStylePr w:type="lastRow">
      <w:rPr>
        <w:b/>
        <w:bCs/>
        <w:color w:val="317CC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NormalWeb">
    <w:name w:val="Normal (Web)"/>
    <w:basedOn w:val="Normal"/>
    <w:uiPriority w:val="99"/>
    <w:semiHidden/>
    <w:unhideWhenUsed/>
    <w:rsid w:val="00124C28"/>
    <w:rPr>
      <w:rFonts w:ascii="Times New Roman" w:hAnsi="Times New Roman" w:cs="Times New Roman"/>
      <w:sz w:val="24"/>
      <w:szCs w:val="24"/>
    </w:rPr>
  </w:style>
  <w:style w:type="character" w:styleId="Hyperlink">
    <w:name w:val="Hyperlink"/>
    <w:basedOn w:val="DefaultParagraphFont"/>
    <w:uiPriority w:val="99"/>
    <w:unhideWhenUsed/>
    <w:rsid w:val="002608A3"/>
    <w:rPr>
      <w:color w:val="0563C1" w:themeColor="hyperlink"/>
      <w:u w:val="single"/>
    </w:rPr>
  </w:style>
  <w:style w:type="character" w:styleId="UnresolvedMention">
    <w:name w:val="Unresolved Mention"/>
    <w:basedOn w:val="DefaultParagraphFont"/>
    <w:uiPriority w:val="99"/>
    <w:semiHidden/>
    <w:unhideWhenUsed/>
    <w:rsid w:val="00260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hyperlink" Target="https://anthonybturner-next.vercel.app/" TargetMode="Externa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https://www.linkedin.com/in/anthony-turner-0207b76b/"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Anthony Turner</lastModifiedBy>
  <revision>3</revision>
  <dcterms:created xsi:type="dcterms:W3CDTF">2025-12-30T18:25:00.0000000Z</dcterms:created>
  <dcterms:modified xsi:type="dcterms:W3CDTF">2026-01-14T01:34:34.2851069Z</dcterms:modified>
  <category/>
</coreProperties>
</file>